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329"/>
        <w:gridCol w:w="5329"/>
      </w:tblGrid>
      <w:tr>
        <w:trPr>
          <w:trHeight w:val="1134" w:hRule="atLeast"/>
        </w:trPr>
        <w:tc>
          <w:tcPr>
            <w:tcW w:type="dxa" w:w="7484"/>
            <w:tcBorders>
              <w:top w:val="nil"/>
              <w:bottom w:val="nil"/>
              <w:left w:val="nil"/>
              <w:right w:val="nil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before="0" w:after="0"/>
            </w:pPr>
            <w:r/>
            <w:r>
              <w:rPr>
                <w:rFonts w:ascii="Arial" w:hAnsi="Arial"/>
                <w:b/>
                <w:color w:val="158D87"/>
                <w:sz w:val="15"/>
              </w:rPr>
              <w:t>MEP VISIT</w:t>
            </w:r>
            <w:r>
              <w:rPr>
                <w:rFonts w:ascii="Arial" w:hAnsi="Arial"/>
                <w:b w:val="0"/>
                <w:color w:val="61767D"/>
                <w:sz w:val="13"/>
              </w:rPr>
              <w:t xml:space="preserve">  by WalkRound</w:t>
            </w:r>
          </w:p>
          <w:p>
            <w:pPr>
              <w:spacing w:before="0" w:after="0"/>
            </w:pPr>
            <w:r>
              <w:rPr>
                <w:rFonts w:ascii="Arial" w:hAnsi="Arial"/>
                <w:b/>
                <w:color w:val="17242B"/>
                <w:sz w:val="44"/>
              </w:rPr>
              <w:t>MEP Project Notes</w:t>
            </w:r>
          </w:p>
          <w:p>
            <w:pPr>
              <w:spacing w:before="0" w:after="0"/>
            </w:pPr>
            <w:r>
              <w:rPr>
                <w:rFonts w:ascii="Arial" w:hAnsi="Arial"/>
                <w:b w:val="0"/>
                <w:color w:val="61767D"/>
                <w:sz w:val="15"/>
              </w:rPr>
              <w:t>For site visits, meetings, workshops, surveys and coordination sessions</w:t>
            </w:r>
          </w:p>
        </w:tc>
        <w:tc>
          <w:tcPr>
            <w:tcW w:type="dxa" w:w="3175"/>
            <w:tcBorders>
              <w:top w:val="nil"/>
              <w:bottom w:val="nil"/>
              <w:left w:val="nil"/>
              <w:right w:val="nil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before="0" w:after="0"/>
              <w:jc w:val="right"/>
            </w:pPr>
            <w:r/>
            <w:r>
              <w:rPr>
                <w:rFonts w:ascii="Arial" w:hAnsi="Arial"/>
                <w:b/>
                <w:color w:val="61767D"/>
                <w:sz w:val="13"/>
              </w:rPr>
              <w:t>Company:</w:t>
            </w:r>
          </w:p>
          <w:p>
            <w:pPr>
              <w:spacing w:before="0" w:after="0"/>
              <w:jc w:val="right"/>
            </w:pPr>
            <w:r>
              <w:rPr>
                <w:rFonts w:ascii="Arial" w:hAnsi="Arial"/>
                <w:b w:val="0"/>
                <w:color w:val="C9D5D8"/>
                <w:sz w:val="16"/>
              </w:rPr>
              <w:t>________________________________</w:t>
            </w:r>
          </w:p>
        </w:tc>
      </w:tr>
    </w:tbl>
    <w:p>
      <w:pPr>
        <w:spacing w:before="20" w:after="60"/>
        <w:pBdr>
          <w:bottom w:val="single" w:sz="10" w:space="1" w:color="158D87"/>
        </w:pBd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32"/>
        <w:gridCol w:w="2132"/>
        <w:gridCol w:w="2132"/>
        <w:gridCol w:w="2132"/>
        <w:gridCol w:w="2132"/>
      </w:tblGrid>
      <w:tr>
        <w:trPr>
          <w:trHeight w:val="567" w:hRule="atLeast"/>
        </w:trPr>
        <w:tc>
          <w:tcPr>
            <w:tcW w:type="dxa" w:w="4762"/>
            <w:tcMar>
              <w:top w:w="20" w:type="dxa"/>
              <w:start w:w="25" w:type="dxa"/>
              <w:bottom w:w="22" w:type="dxa"/>
              <w:end w:w="25" w:type="dxa"/>
            </w:tcMar>
            <w:gridSpan w:val="2"/>
            <w:tcBorders>
              <w:bottom w:val="single" w:sz="5" w:color="93A7AD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/>
                <w:color w:val="61767D"/>
                <w:sz w:val="12"/>
              </w:rPr>
              <w:t>PROJECT</w:t>
            </w:r>
          </w:p>
          <w:p>
            <w:pPr>
              <w:spacing w:before="0" w:after="0"/>
            </w:pPr>
            <w:r>
              <w:rPr>
                <w:rFonts w:ascii="Arial" w:hAnsi="Arial"/>
                <w:b w:val="0"/>
                <w:color w:val="17242B"/>
                <w:sz w:val="17"/>
              </w:rPr>
              <w:t xml:space="preserve"> </w:t>
            </w:r>
          </w:p>
        </w:tc>
        <w:tc>
          <w:tcPr>
            <w:tcW w:type="dxa" w:w="1927"/>
            <w:tcMar>
              <w:top w:w="20" w:type="dxa"/>
              <w:start w:w="25" w:type="dxa"/>
              <w:bottom w:w="22" w:type="dxa"/>
              <w:end w:w="25" w:type="dxa"/>
            </w:tcMar>
            <w:tcBorders>
              <w:bottom w:val="single" w:sz="5" w:color="93A7AD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/>
                <w:color w:val="61767D"/>
                <w:sz w:val="12"/>
              </w:rPr>
              <w:t>PROJECT NO.</w:t>
            </w:r>
          </w:p>
          <w:p>
            <w:pPr>
              <w:spacing w:before="0" w:after="0"/>
            </w:pPr>
            <w:r>
              <w:rPr>
                <w:rFonts w:ascii="Arial" w:hAnsi="Arial"/>
                <w:b w:val="0"/>
                <w:color w:val="17242B"/>
                <w:sz w:val="17"/>
              </w:rPr>
              <w:t xml:space="preserve"> </w:t>
            </w:r>
          </w:p>
        </w:tc>
        <w:tc>
          <w:tcPr>
            <w:tcW w:type="dxa" w:w="1757"/>
            <w:tcMar>
              <w:top w:w="20" w:type="dxa"/>
              <w:start w:w="25" w:type="dxa"/>
              <w:bottom w:w="22" w:type="dxa"/>
              <w:end w:w="25" w:type="dxa"/>
            </w:tcMar>
            <w:tcBorders>
              <w:bottom w:val="single" w:sz="5" w:color="93A7AD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/>
                <w:color w:val="61767D"/>
                <w:sz w:val="12"/>
              </w:rPr>
              <w:t>RECORD TYPE</w:t>
            </w:r>
          </w:p>
          <w:p>
            <w:pPr>
              <w:spacing w:before="0" w:after="0"/>
            </w:pPr>
            <w:r>
              <w:rPr>
                <w:rFonts w:ascii="Arial" w:hAnsi="Arial"/>
                <w:b w:val="0"/>
                <w:color w:val="17242B"/>
                <w:sz w:val="17"/>
              </w:rPr>
              <w:t>Site visit / Meeting / Workshop</w:t>
            </w:r>
          </w:p>
        </w:tc>
        <w:tc>
          <w:tcPr>
            <w:tcW w:type="dxa" w:w="2211"/>
            <w:tcMar>
              <w:top w:w="20" w:type="dxa"/>
              <w:start w:w="25" w:type="dxa"/>
              <w:bottom w:w="22" w:type="dxa"/>
              <w:end w:w="25" w:type="dxa"/>
            </w:tcMar>
            <w:tcBorders>
              <w:bottom w:val="single" w:sz="5" w:color="93A7AD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/>
                <w:color w:val="61767D"/>
                <w:sz w:val="12"/>
              </w:rPr>
              <w:t>RECORD NO.</w:t>
            </w:r>
          </w:p>
          <w:p>
            <w:pPr>
              <w:spacing w:before="0" w:after="0"/>
            </w:pPr>
            <w:r>
              <w:rPr>
                <w:rFonts w:ascii="Arial" w:hAnsi="Arial"/>
                <w:b w:val="0"/>
                <w:color w:val="17242B"/>
                <w:sz w:val="17"/>
              </w:rPr>
              <w:t xml:space="preserve"> </w:t>
            </w:r>
          </w:p>
        </w:tc>
      </w:tr>
      <w:tr>
        <w:trPr>
          <w:trHeight w:val="567" w:hRule="atLeast"/>
        </w:trPr>
        <w:tc>
          <w:tcPr>
            <w:tcW w:type="dxa" w:w="3005"/>
            <w:tcMar>
              <w:top w:w="20" w:type="dxa"/>
              <w:start w:w="25" w:type="dxa"/>
              <w:bottom w:w="22" w:type="dxa"/>
              <w:end w:w="25" w:type="dxa"/>
            </w:tcMar>
            <w:tcBorders>
              <w:bottom w:val="single" w:sz="5" w:color="93A7AD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/>
                <w:color w:val="61767D"/>
                <w:sz w:val="12"/>
              </w:rPr>
              <w:t>DATE &amp; TIME</w:t>
            </w:r>
          </w:p>
          <w:p>
            <w:pPr>
              <w:spacing w:before="0" w:after="0"/>
            </w:pPr>
            <w:r>
              <w:rPr>
                <w:rFonts w:ascii="Arial" w:hAnsi="Arial"/>
                <w:b w:val="0"/>
                <w:color w:val="17242B"/>
                <w:sz w:val="17"/>
              </w:rPr>
              <w:t xml:space="preserve"> </w:t>
            </w:r>
          </w:p>
        </w:tc>
        <w:tc>
          <w:tcPr>
            <w:tcW w:type="dxa" w:w="1757"/>
            <w:tcMar>
              <w:top w:w="20" w:type="dxa"/>
              <w:start w:w="25" w:type="dxa"/>
              <w:bottom w:w="22" w:type="dxa"/>
              <w:end w:w="25" w:type="dxa"/>
            </w:tcMar>
            <w:tcBorders>
              <w:bottom w:val="single" w:sz="5" w:color="93A7AD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/>
                <w:color w:val="61767D"/>
                <w:sz w:val="12"/>
              </w:rPr>
              <w:t>PREPARED BY</w:t>
            </w:r>
          </w:p>
          <w:p>
            <w:pPr>
              <w:spacing w:before="0" w:after="0"/>
            </w:pPr>
            <w:r>
              <w:rPr>
                <w:rFonts w:ascii="Arial" w:hAnsi="Arial"/>
                <w:b w:val="0"/>
                <w:color w:val="17242B"/>
                <w:sz w:val="17"/>
              </w:rPr>
              <w:t xml:space="preserve"> </w:t>
            </w:r>
          </w:p>
        </w:tc>
        <w:tc>
          <w:tcPr>
            <w:tcW w:type="dxa" w:w="3684"/>
            <w:gridSpan w:val="2"/>
            <w:tcMar>
              <w:top w:w="20" w:type="dxa"/>
              <w:start w:w="25" w:type="dxa"/>
              <w:bottom w:w="22" w:type="dxa"/>
              <w:end w:w="25" w:type="dxa"/>
            </w:tcMar>
            <w:tcBorders>
              <w:bottom w:val="single" w:sz="5" w:color="93A7AD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/>
                <w:color w:val="61767D"/>
                <w:sz w:val="12"/>
              </w:rPr>
              <w:t>LOCATION / CALL / SITE</w:t>
            </w:r>
          </w:p>
          <w:p>
            <w:pPr>
              <w:spacing w:before="0" w:after="0"/>
            </w:pPr>
            <w:r>
              <w:rPr>
                <w:rFonts w:ascii="Arial" w:hAnsi="Arial"/>
                <w:b w:val="0"/>
                <w:color w:val="17242B"/>
                <w:sz w:val="17"/>
              </w:rPr>
              <w:t xml:space="preserve"> </w:t>
            </w:r>
          </w:p>
        </w:tc>
        <w:tc>
          <w:tcPr>
            <w:tcW w:type="dxa" w:w="2211"/>
            <w:tcMar>
              <w:top w:w="20" w:type="dxa"/>
              <w:start w:w="25" w:type="dxa"/>
              <w:bottom w:w="22" w:type="dxa"/>
              <w:end w:w="25" w:type="dxa"/>
            </w:tcMar>
            <w:tcBorders>
              <w:bottom w:val="single" w:sz="5" w:color="93A7AD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/>
                <w:color w:val="61767D"/>
                <w:sz w:val="12"/>
              </w:rPr>
              <w:t>DISCIPLINE</w:t>
            </w:r>
          </w:p>
          <w:p>
            <w:pPr>
              <w:spacing w:before="0" w:after="0"/>
            </w:pPr>
            <w:r>
              <w:rPr>
                <w:rFonts w:ascii="Arial" w:hAnsi="Arial"/>
                <w:b w:val="0"/>
                <w:color w:val="17242B"/>
                <w:sz w:val="17"/>
              </w:rPr>
              <w:t>MEP</w:t>
            </w:r>
          </w:p>
        </w:tc>
      </w:tr>
      <w:tr>
        <w:trPr>
          <w:trHeight w:val="567" w:hRule="atLeast"/>
        </w:trPr>
        <w:tc>
          <w:tcPr>
            <w:tcW w:type="dxa" w:w="6689"/>
            <w:gridSpan w:val="3"/>
            <w:tcMar>
              <w:top w:w="20" w:type="dxa"/>
              <w:start w:w="25" w:type="dxa"/>
              <w:bottom w:w="22" w:type="dxa"/>
              <w:end w:w="25" w:type="dxa"/>
            </w:tcMar>
            <w:tcBorders>
              <w:bottom w:val="single" w:sz="5" w:color="93A7AD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/>
                <w:color w:val="61767D"/>
                <w:sz w:val="12"/>
              </w:rPr>
              <w:t>PURPOSE / AGENDA</w:t>
            </w:r>
          </w:p>
          <w:p>
            <w:pPr>
              <w:spacing w:before="0" w:after="0"/>
            </w:pPr>
            <w:r>
              <w:rPr>
                <w:rFonts w:ascii="Arial" w:hAnsi="Arial"/>
                <w:b w:val="0"/>
                <w:color w:val="17242B"/>
                <w:sz w:val="17"/>
              </w:rPr>
              <w:t xml:space="preserve"> </w:t>
            </w:r>
          </w:p>
        </w:tc>
        <w:tc>
          <w:tcPr>
            <w:tcW w:type="dxa" w:w="1757"/>
            <w:tcMar>
              <w:top w:w="20" w:type="dxa"/>
              <w:start w:w="25" w:type="dxa"/>
              <w:bottom w:w="22" w:type="dxa"/>
              <w:end w:w="25" w:type="dxa"/>
            </w:tcMar>
            <w:tcBorders>
              <w:bottom w:val="single" w:sz="5" w:color="93A7AD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/>
                <w:color w:val="61767D"/>
                <w:sz w:val="12"/>
              </w:rPr>
              <w:t>CONDITIONS / WEATHER</w:t>
            </w:r>
          </w:p>
          <w:p>
            <w:pPr>
              <w:spacing w:before="0" w:after="0"/>
            </w:pPr>
            <w:r>
              <w:rPr>
                <w:rFonts w:ascii="Arial" w:hAnsi="Arial"/>
                <w:b w:val="0"/>
                <w:color w:val="17242B"/>
                <w:sz w:val="17"/>
              </w:rPr>
              <w:t xml:space="preserve"> </w:t>
            </w:r>
          </w:p>
        </w:tc>
        <w:tc>
          <w:tcPr>
            <w:tcW w:type="dxa" w:w="2211"/>
            <w:tcMar>
              <w:top w:w="20" w:type="dxa"/>
              <w:start w:w="25" w:type="dxa"/>
              <w:bottom w:w="22" w:type="dxa"/>
              <w:end w:w="25" w:type="dxa"/>
            </w:tcMar>
            <w:tcBorders>
              <w:bottom w:val="single" w:sz="5" w:color="93A7AD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/>
                <w:color w:val="61767D"/>
                <w:sz w:val="12"/>
              </w:rPr>
              <w:t>REPORT / REFERENCE</w:t>
            </w:r>
          </w:p>
          <w:p>
            <w:pPr>
              <w:spacing w:before="0" w:after="0"/>
            </w:pPr>
            <w:r>
              <w:rPr>
                <w:rFonts w:ascii="Arial" w:hAnsi="Arial"/>
                <w:b w:val="0"/>
                <w:color w:val="17242B"/>
                <w:sz w:val="17"/>
              </w:rPr>
              <w:t xml:space="preserve"> </w:t>
            </w:r>
          </w:p>
        </w:tc>
      </w:tr>
      <w:tr>
        <w:trPr>
          <w:trHeight w:val="737" w:hRule="atLeast"/>
        </w:trPr>
        <w:tc>
          <w:tcPr>
            <w:tcW w:type="dxa" w:w="6689"/>
            <w:gridSpan w:val="3"/>
            <w:tcMar>
              <w:top w:w="20" w:type="dxa"/>
              <w:start w:w="25" w:type="dxa"/>
              <w:bottom w:w="22" w:type="dxa"/>
              <w:end w:w="25" w:type="dxa"/>
            </w:tcMar>
            <w:tcBorders>
              <w:bottom w:val="single" w:sz="5" w:color="93A7AD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/>
                <w:color w:val="61767D"/>
                <w:sz w:val="12"/>
              </w:rPr>
              <w:t>PEOPLE PRESENT / ATTENDEES</w:t>
            </w:r>
          </w:p>
          <w:p>
            <w:pPr>
              <w:spacing w:before="0" w:after="0"/>
            </w:pPr>
            <w:r>
              <w:rPr>
                <w:rFonts w:ascii="Arial" w:hAnsi="Arial"/>
                <w:b w:val="0"/>
                <w:color w:val="17242B"/>
                <w:sz w:val="17"/>
              </w:rPr>
              <w:br/>
            </w:r>
          </w:p>
        </w:tc>
        <w:tc>
          <w:tcPr>
            <w:tcW w:type="dxa" w:w="3968"/>
            <w:gridSpan w:val="2"/>
            <w:tcMar>
              <w:top w:w="20" w:type="dxa"/>
              <w:start w:w="25" w:type="dxa"/>
              <w:bottom w:w="22" w:type="dxa"/>
              <w:end w:w="25" w:type="dxa"/>
            </w:tcMar>
            <w:tcBorders>
              <w:bottom w:val="single" w:sz="5" w:color="93A7AD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/>
                <w:color w:val="61767D"/>
                <w:sz w:val="12"/>
              </w:rPr>
              <w:t>AREAS / SYSTEMS / TOPICS</w:t>
            </w:r>
          </w:p>
          <w:p>
            <w:pPr>
              <w:spacing w:before="0" w:after="0"/>
            </w:pPr>
            <w:r>
              <w:rPr>
                <w:rFonts w:ascii="Arial" w:hAnsi="Arial"/>
                <w:b w:val="0"/>
                <w:color w:val="17242B"/>
                <w:sz w:val="17"/>
              </w:rPr>
              <w:br/>
            </w:r>
          </w:p>
        </w:tc>
      </w:tr>
    </w:tbl>
    <w:p>
      <w:pPr>
        <w:spacing w:before="40"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329"/>
        <w:gridCol w:w="5329"/>
      </w:tblGrid>
      <w:tr>
        <w:tc>
          <w:tcPr>
            <w:tcW w:type="dxa" w:w="5953"/>
            <w:tcBorders>
              <w:top w:val="nil"/>
              <w:bottom w:val="nil"/>
              <w:left w:val="nil"/>
              <w:right w:val="nil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before="0" w:after="0"/>
            </w:pPr>
            <w:r/>
            <w:r>
              <w:rPr>
                <w:rFonts w:ascii="Arial" w:hAnsi="Arial"/>
                <w:b/>
                <w:color w:val="223840"/>
                <w:sz w:val="15"/>
              </w:rPr>
              <w:t>NOTES / OBSERVATIONS</w:t>
            </w:r>
          </w:p>
        </w:tc>
        <w:tc>
          <w:tcPr>
            <w:tcW w:type="dxa" w:w="4706"/>
            <w:tcBorders>
              <w:top w:val="nil"/>
              <w:bottom w:val="nil"/>
              <w:left w:val="nil"/>
              <w:right w:val="nil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before="0" w:after="0"/>
              <w:jc w:val="right"/>
            </w:pPr>
            <w:r/>
            <w:r>
              <w:rPr>
                <w:rFonts w:ascii="Arial" w:hAnsi="Arial"/>
                <w:b w:val="0"/>
                <w:color w:val="61767D"/>
                <w:sz w:val="13"/>
              </w:rPr>
              <w:t>Area / system / topic: __________________________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658"/>
      </w:tblGrid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</w:tbl>
    <w:p>
      <w:pPr>
        <w:spacing w:before="40" w:after="0"/>
      </w:pPr>
      <w:r>
        <w:rPr>
          <w:rFonts w:ascii="Arial" w:hAnsi="Arial"/>
          <w:b/>
          <w:color w:val="61767D"/>
          <w:sz w:val="13"/>
        </w:rPr>
        <w:t xml:space="preserve">Action refs raised (if any): </w:t>
      </w:r>
      <w:r>
        <w:rPr>
          <w:rFonts w:ascii="Arial" w:hAnsi="Arial"/>
          <w:b w:val="0"/>
          <w:color w:val="17242B"/>
          <w:sz w:val="14"/>
        </w:rPr>
        <w:t>A____   A____   A____   A____</w:t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329"/>
        <w:gridCol w:w="5329"/>
      </w:tblGrid>
      <w:tr>
        <w:trPr>
          <w:trHeight w:val="850" w:hRule="atLeast"/>
        </w:trPr>
        <w:tc>
          <w:tcPr>
            <w:tcW w:type="dxa" w:w="7484"/>
            <w:tcBorders>
              <w:top w:val="nil"/>
              <w:bottom w:val="nil"/>
              <w:left w:val="nil"/>
              <w:right w:val="nil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before="0" w:after="0"/>
            </w:pPr>
            <w:r/>
            <w:r>
              <w:rPr>
                <w:rFonts w:ascii="Arial" w:hAnsi="Arial"/>
                <w:b/>
                <w:color w:val="158D87"/>
                <w:sz w:val="15"/>
              </w:rPr>
              <w:t>MEP VISIT</w:t>
            </w:r>
            <w:r>
              <w:rPr>
                <w:rFonts w:ascii="Arial" w:hAnsi="Arial"/>
                <w:b w:val="0"/>
                <w:color w:val="61767D"/>
                <w:sz w:val="13"/>
              </w:rPr>
              <w:t xml:space="preserve">  by WalkRound</w:t>
            </w:r>
          </w:p>
          <w:p>
            <w:pPr>
              <w:spacing w:before="0" w:after="0"/>
            </w:pPr>
            <w:r>
              <w:rPr>
                <w:rFonts w:ascii="Arial" w:hAnsi="Arial"/>
                <w:b/>
                <w:color w:val="17242B"/>
                <w:sz w:val="30"/>
              </w:rPr>
              <w:t>MEP Project Notes</w:t>
            </w:r>
          </w:p>
        </w:tc>
        <w:tc>
          <w:tcPr>
            <w:tcW w:type="dxa" w:w="3175"/>
            <w:tcBorders>
              <w:top w:val="nil"/>
              <w:bottom w:val="nil"/>
              <w:left w:val="nil"/>
              <w:right w:val="nil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before="0" w:after="0"/>
              <w:jc w:val="right"/>
            </w:pPr>
            <w:r/>
            <w:r>
              <w:rPr>
                <w:rFonts w:ascii="Arial" w:hAnsi="Arial"/>
                <w:b/>
                <w:color w:val="61767D"/>
                <w:sz w:val="13"/>
              </w:rPr>
              <w:t>Company:</w:t>
            </w:r>
          </w:p>
          <w:p>
            <w:pPr>
              <w:spacing w:before="0" w:after="0"/>
              <w:jc w:val="right"/>
            </w:pPr>
            <w:r>
              <w:rPr>
                <w:rFonts w:ascii="Arial" w:hAnsi="Arial"/>
                <w:b w:val="0"/>
                <w:color w:val="C9D5D8"/>
                <w:sz w:val="16"/>
              </w:rPr>
              <w:t>________________________________</w:t>
            </w:r>
          </w:p>
        </w:tc>
      </w:tr>
    </w:tbl>
    <w:p>
      <w:pPr>
        <w:spacing w:before="20" w:after="60"/>
        <w:pBdr>
          <w:bottom w:val="single" w:sz="10" w:space="1" w:color="158D87"/>
        </w:pBd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32"/>
        <w:gridCol w:w="2132"/>
        <w:gridCol w:w="2132"/>
        <w:gridCol w:w="2132"/>
        <w:gridCol w:w="2132"/>
      </w:tblGrid>
      <w:tr>
        <w:trPr>
          <w:trHeight w:val="510" w:hRule="atLeast"/>
        </w:trPr>
        <w:tc>
          <w:tcPr>
            <w:tcW w:type="dxa" w:w="4195"/>
            <w:tcBorders>
              <w:bottom w:val="single" w:sz="5" w:color="93A7AD"/>
            </w:tcBorders>
            <w:tcMar>
              <w:top w:w="20" w:type="dxa"/>
              <w:start w:w="25" w:type="dxa"/>
              <w:bottom w:w="22" w:type="dxa"/>
              <w:end w:w="25" w:type="dxa"/>
            </w:tcMar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/>
                <w:color w:val="61767D"/>
                <w:sz w:val="12"/>
              </w:rPr>
              <w:t>PROJECT</w:t>
            </w:r>
          </w:p>
          <w:p>
            <w:pPr>
              <w:spacing w:before="0" w:after="0"/>
            </w:pPr>
            <w:r>
              <w:rPr>
                <w:rFonts w:ascii="Arial" w:hAnsi="Arial"/>
                <w:b w:val="0"/>
                <w:color w:val="17242B"/>
                <w:sz w:val="17"/>
              </w:rPr>
              <w:t xml:space="preserve"> </w:t>
            </w:r>
          </w:p>
        </w:tc>
        <w:tc>
          <w:tcPr>
            <w:tcW w:type="dxa" w:w="1984"/>
            <w:tcBorders>
              <w:bottom w:val="single" w:sz="5" w:color="93A7AD"/>
            </w:tcBorders>
            <w:tcMar>
              <w:top w:w="20" w:type="dxa"/>
              <w:start w:w="25" w:type="dxa"/>
              <w:bottom w:w="22" w:type="dxa"/>
              <w:end w:w="25" w:type="dxa"/>
            </w:tcMar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/>
                <w:color w:val="61767D"/>
                <w:sz w:val="12"/>
              </w:rPr>
              <w:t>DATE</w:t>
            </w:r>
          </w:p>
          <w:p>
            <w:pPr>
              <w:spacing w:before="0" w:after="0"/>
            </w:pPr>
            <w:r>
              <w:rPr>
                <w:rFonts w:ascii="Arial" w:hAnsi="Arial"/>
                <w:b w:val="0"/>
                <w:color w:val="17242B"/>
                <w:sz w:val="17"/>
              </w:rPr>
              <w:t xml:space="preserve"> </w:t>
            </w:r>
          </w:p>
        </w:tc>
        <w:tc>
          <w:tcPr>
            <w:tcW w:type="dxa" w:w="1984"/>
            <w:tcBorders>
              <w:bottom w:val="single" w:sz="5" w:color="93A7AD"/>
            </w:tcBorders>
            <w:tcMar>
              <w:top w:w="20" w:type="dxa"/>
              <w:start w:w="25" w:type="dxa"/>
              <w:bottom w:w="22" w:type="dxa"/>
              <w:end w:w="25" w:type="dxa"/>
            </w:tcMar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/>
                <w:color w:val="61767D"/>
                <w:sz w:val="12"/>
              </w:rPr>
              <w:t>RECORD TYPE</w:t>
            </w:r>
          </w:p>
          <w:p>
            <w:pPr>
              <w:spacing w:before="0" w:after="0"/>
            </w:pPr>
            <w:r>
              <w:rPr>
                <w:rFonts w:ascii="Arial" w:hAnsi="Arial"/>
                <w:b w:val="0"/>
                <w:color w:val="17242B"/>
                <w:sz w:val="17"/>
              </w:rPr>
              <w:t xml:space="preserve"> </w:t>
            </w:r>
          </w:p>
        </w:tc>
        <w:tc>
          <w:tcPr>
            <w:tcW w:type="dxa" w:w="1587"/>
            <w:tcBorders>
              <w:bottom w:val="single" w:sz="5" w:color="93A7AD"/>
            </w:tcBorders>
            <w:tcMar>
              <w:top w:w="20" w:type="dxa"/>
              <w:start w:w="25" w:type="dxa"/>
              <w:bottom w:w="22" w:type="dxa"/>
              <w:end w:w="25" w:type="dxa"/>
            </w:tcMar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/>
                <w:color w:val="61767D"/>
                <w:sz w:val="12"/>
              </w:rPr>
              <w:t>RECORD NO.</w:t>
            </w:r>
          </w:p>
          <w:p>
            <w:pPr>
              <w:spacing w:before="0" w:after="0"/>
            </w:pPr>
            <w:r>
              <w:rPr>
                <w:rFonts w:ascii="Arial" w:hAnsi="Arial"/>
                <w:b w:val="0"/>
                <w:color w:val="17242B"/>
                <w:sz w:val="17"/>
              </w:rPr>
              <w:t xml:space="preserve"> </w:t>
            </w:r>
          </w:p>
        </w:tc>
        <w:tc>
          <w:tcPr>
            <w:tcW w:type="dxa" w:w="907"/>
            <w:tcBorders>
              <w:bottom w:val="single" w:sz="5" w:color="93A7AD"/>
            </w:tcBorders>
            <w:tcMar>
              <w:top w:w="20" w:type="dxa"/>
              <w:start w:w="25" w:type="dxa"/>
              <w:bottom w:w="22" w:type="dxa"/>
              <w:end w:w="25" w:type="dxa"/>
            </w:tcMar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/>
                <w:color w:val="61767D"/>
                <w:sz w:val="12"/>
              </w:rPr>
              <w:t>PAGE</w:t>
            </w:r>
          </w:p>
          <w:p>
            <w:pPr>
              <w:spacing w:before="0" w:after="0"/>
            </w:pPr>
            <w:r>
              <w:rPr>
                <w:rFonts w:ascii="Arial" w:hAnsi="Arial"/>
                <w:b w:val="0"/>
                <w:color w:val="17242B"/>
                <w:sz w:val="17"/>
              </w:rPr>
              <w:t>2</w:t>
            </w:r>
          </w:p>
        </w:tc>
      </w:tr>
    </w:tbl>
    <w:p>
      <w:pPr>
        <w:spacing w:before="40"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329"/>
        <w:gridCol w:w="5329"/>
      </w:tblGrid>
      <w:tr>
        <w:tc>
          <w:tcPr>
            <w:tcW w:type="dxa" w:w="5953"/>
            <w:tcBorders>
              <w:top w:val="nil"/>
              <w:bottom w:val="nil"/>
              <w:left w:val="nil"/>
              <w:right w:val="nil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before="0" w:after="0"/>
            </w:pPr>
            <w:r/>
            <w:r>
              <w:rPr>
                <w:rFonts w:ascii="Arial" w:hAnsi="Arial"/>
                <w:b/>
                <w:color w:val="223840"/>
                <w:sz w:val="15"/>
              </w:rPr>
              <w:t>NOTES / OBSERVATIONS</w:t>
            </w:r>
          </w:p>
        </w:tc>
        <w:tc>
          <w:tcPr>
            <w:tcW w:type="dxa" w:w="4706"/>
            <w:tcBorders>
              <w:top w:val="nil"/>
              <w:bottom w:val="nil"/>
              <w:left w:val="nil"/>
              <w:right w:val="nil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before="0" w:after="0"/>
              <w:jc w:val="right"/>
            </w:pPr>
            <w:r/>
            <w:r>
              <w:rPr>
                <w:rFonts w:ascii="Arial" w:hAnsi="Arial"/>
                <w:b w:val="0"/>
                <w:color w:val="61767D"/>
                <w:sz w:val="13"/>
              </w:rPr>
              <w:t>Area / system / topic: __________________________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658"/>
      </w:tblGrid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</w:tbl>
    <w:p>
      <w:pPr>
        <w:spacing w:before="40" w:after="0"/>
      </w:pPr>
      <w:r>
        <w:rPr>
          <w:rFonts w:ascii="Arial" w:hAnsi="Arial"/>
          <w:b/>
          <w:color w:val="61767D"/>
          <w:sz w:val="13"/>
        </w:rPr>
        <w:t xml:space="preserve">Action refs raised (if any): </w:t>
      </w:r>
      <w:r>
        <w:rPr>
          <w:rFonts w:ascii="Arial" w:hAnsi="Arial"/>
          <w:b w:val="0"/>
          <w:color w:val="17242B"/>
          <w:sz w:val="14"/>
        </w:rPr>
        <w:t>A____   A____   A____   A____</w:t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329"/>
        <w:gridCol w:w="5329"/>
      </w:tblGrid>
      <w:tr>
        <w:trPr>
          <w:trHeight w:val="850" w:hRule="atLeast"/>
        </w:trPr>
        <w:tc>
          <w:tcPr>
            <w:tcW w:type="dxa" w:w="7484"/>
            <w:tcBorders>
              <w:top w:val="nil"/>
              <w:bottom w:val="nil"/>
              <w:left w:val="nil"/>
              <w:right w:val="nil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before="0" w:after="0"/>
            </w:pPr>
            <w:r/>
            <w:r>
              <w:rPr>
                <w:rFonts w:ascii="Arial" w:hAnsi="Arial"/>
                <w:b/>
                <w:color w:val="158D87"/>
                <w:sz w:val="15"/>
              </w:rPr>
              <w:t>MEP VISIT</w:t>
            </w:r>
            <w:r>
              <w:rPr>
                <w:rFonts w:ascii="Arial" w:hAnsi="Arial"/>
                <w:b w:val="0"/>
                <w:color w:val="61767D"/>
                <w:sz w:val="13"/>
              </w:rPr>
              <w:t xml:space="preserve">  by WalkRound</w:t>
            </w:r>
          </w:p>
          <w:p>
            <w:pPr>
              <w:spacing w:before="0" w:after="0"/>
            </w:pPr>
            <w:r>
              <w:rPr>
                <w:rFonts w:ascii="Arial" w:hAnsi="Arial"/>
                <w:b/>
                <w:color w:val="17242B"/>
                <w:sz w:val="30"/>
              </w:rPr>
              <w:t>MEP Project Notes</w:t>
            </w:r>
          </w:p>
        </w:tc>
        <w:tc>
          <w:tcPr>
            <w:tcW w:type="dxa" w:w="3175"/>
            <w:tcBorders>
              <w:top w:val="nil"/>
              <w:bottom w:val="nil"/>
              <w:left w:val="nil"/>
              <w:right w:val="nil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before="0" w:after="0"/>
              <w:jc w:val="right"/>
            </w:pPr>
            <w:r/>
            <w:r>
              <w:rPr>
                <w:rFonts w:ascii="Arial" w:hAnsi="Arial"/>
                <w:b/>
                <w:color w:val="61767D"/>
                <w:sz w:val="13"/>
              </w:rPr>
              <w:t>Company:</w:t>
            </w:r>
          </w:p>
          <w:p>
            <w:pPr>
              <w:spacing w:before="0" w:after="0"/>
              <w:jc w:val="right"/>
            </w:pPr>
            <w:r>
              <w:rPr>
                <w:rFonts w:ascii="Arial" w:hAnsi="Arial"/>
                <w:b w:val="0"/>
                <w:color w:val="C9D5D8"/>
                <w:sz w:val="16"/>
              </w:rPr>
              <w:t>________________________________</w:t>
            </w:r>
          </w:p>
        </w:tc>
      </w:tr>
    </w:tbl>
    <w:p>
      <w:pPr>
        <w:spacing w:before="20" w:after="60"/>
        <w:pBdr>
          <w:bottom w:val="single" w:sz="10" w:space="1" w:color="158D87"/>
        </w:pBd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32"/>
        <w:gridCol w:w="2132"/>
        <w:gridCol w:w="2132"/>
        <w:gridCol w:w="2132"/>
        <w:gridCol w:w="2132"/>
      </w:tblGrid>
      <w:tr>
        <w:trPr>
          <w:trHeight w:val="510" w:hRule="atLeast"/>
        </w:trPr>
        <w:tc>
          <w:tcPr>
            <w:tcW w:type="dxa" w:w="4195"/>
            <w:tcBorders>
              <w:bottom w:val="single" w:sz="5" w:color="93A7AD"/>
            </w:tcBorders>
            <w:tcMar>
              <w:top w:w="20" w:type="dxa"/>
              <w:start w:w="25" w:type="dxa"/>
              <w:bottom w:w="22" w:type="dxa"/>
              <w:end w:w="25" w:type="dxa"/>
            </w:tcMar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/>
                <w:color w:val="61767D"/>
                <w:sz w:val="12"/>
              </w:rPr>
              <w:t>PROJECT</w:t>
            </w:r>
          </w:p>
          <w:p>
            <w:pPr>
              <w:spacing w:before="0" w:after="0"/>
            </w:pPr>
            <w:r>
              <w:rPr>
                <w:rFonts w:ascii="Arial" w:hAnsi="Arial"/>
                <w:b w:val="0"/>
                <w:color w:val="17242B"/>
                <w:sz w:val="17"/>
              </w:rPr>
              <w:t xml:space="preserve"> </w:t>
            </w:r>
          </w:p>
        </w:tc>
        <w:tc>
          <w:tcPr>
            <w:tcW w:type="dxa" w:w="1984"/>
            <w:tcBorders>
              <w:bottom w:val="single" w:sz="5" w:color="93A7AD"/>
            </w:tcBorders>
            <w:tcMar>
              <w:top w:w="20" w:type="dxa"/>
              <w:start w:w="25" w:type="dxa"/>
              <w:bottom w:w="22" w:type="dxa"/>
              <w:end w:w="25" w:type="dxa"/>
            </w:tcMar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/>
                <w:color w:val="61767D"/>
                <w:sz w:val="12"/>
              </w:rPr>
              <w:t>DATE</w:t>
            </w:r>
          </w:p>
          <w:p>
            <w:pPr>
              <w:spacing w:before="0" w:after="0"/>
            </w:pPr>
            <w:r>
              <w:rPr>
                <w:rFonts w:ascii="Arial" w:hAnsi="Arial"/>
                <w:b w:val="0"/>
                <w:color w:val="17242B"/>
                <w:sz w:val="17"/>
              </w:rPr>
              <w:t xml:space="preserve"> </w:t>
            </w:r>
          </w:p>
        </w:tc>
        <w:tc>
          <w:tcPr>
            <w:tcW w:type="dxa" w:w="1984"/>
            <w:tcBorders>
              <w:bottom w:val="single" w:sz="5" w:color="93A7AD"/>
            </w:tcBorders>
            <w:tcMar>
              <w:top w:w="20" w:type="dxa"/>
              <w:start w:w="25" w:type="dxa"/>
              <w:bottom w:w="22" w:type="dxa"/>
              <w:end w:w="25" w:type="dxa"/>
            </w:tcMar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/>
                <w:color w:val="61767D"/>
                <w:sz w:val="12"/>
              </w:rPr>
              <w:t>RECORD TYPE</w:t>
            </w:r>
          </w:p>
          <w:p>
            <w:pPr>
              <w:spacing w:before="0" w:after="0"/>
            </w:pPr>
            <w:r>
              <w:rPr>
                <w:rFonts w:ascii="Arial" w:hAnsi="Arial"/>
                <w:b w:val="0"/>
                <w:color w:val="17242B"/>
                <w:sz w:val="17"/>
              </w:rPr>
              <w:t xml:space="preserve"> </w:t>
            </w:r>
          </w:p>
        </w:tc>
        <w:tc>
          <w:tcPr>
            <w:tcW w:type="dxa" w:w="1587"/>
            <w:tcBorders>
              <w:bottom w:val="single" w:sz="5" w:color="93A7AD"/>
            </w:tcBorders>
            <w:tcMar>
              <w:top w:w="20" w:type="dxa"/>
              <w:start w:w="25" w:type="dxa"/>
              <w:bottom w:w="22" w:type="dxa"/>
              <w:end w:w="25" w:type="dxa"/>
            </w:tcMar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/>
                <w:color w:val="61767D"/>
                <w:sz w:val="12"/>
              </w:rPr>
              <w:t>RECORD NO.</w:t>
            </w:r>
          </w:p>
          <w:p>
            <w:pPr>
              <w:spacing w:before="0" w:after="0"/>
            </w:pPr>
            <w:r>
              <w:rPr>
                <w:rFonts w:ascii="Arial" w:hAnsi="Arial"/>
                <w:b w:val="0"/>
                <w:color w:val="17242B"/>
                <w:sz w:val="17"/>
              </w:rPr>
              <w:t xml:space="preserve"> </w:t>
            </w:r>
          </w:p>
        </w:tc>
        <w:tc>
          <w:tcPr>
            <w:tcW w:type="dxa" w:w="907"/>
            <w:tcBorders>
              <w:bottom w:val="single" w:sz="5" w:color="93A7AD"/>
            </w:tcBorders>
            <w:tcMar>
              <w:top w:w="20" w:type="dxa"/>
              <w:start w:w="25" w:type="dxa"/>
              <w:bottom w:w="22" w:type="dxa"/>
              <w:end w:w="25" w:type="dxa"/>
            </w:tcMar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/>
                <w:color w:val="61767D"/>
                <w:sz w:val="12"/>
              </w:rPr>
              <w:t>PAGE</w:t>
            </w:r>
          </w:p>
          <w:p>
            <w:pPr>
              <w:spacing w:before="0" w:after="0"/>
            </w:pPr>
            <w:r>
              <w:rPr>
                <w:rFonts w:ascii="Arial" w:hAnsi="Arial"/>
                <w:b w:val="0"/>
                <w:color w:val="17242B"/>
                <w:sz w:val="17"/>
              </w:rPr>
              <w:t>3</w:t>
            </w:r>
          </w:p>
        </w:tc>
      </w:tr>
    </w:tbl>
    <w:p>
      <w:pPr>
        <w:spacing w:before="40"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329"/>
        <w:gridCol w:w="5329"/>
      </w:tblGrid>
      <w:tr>
        <w:tc>
          <w:tcPr>
            <w:tcW w:type="dxa" w:w="5953"/>
            <w:tcBorders>
              <w:top w:val="nil"/>
              <w:bottom w:val="nil"/>
              <w:left w:val="nil"/>
              <w:right w:val="nil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before="0" w:after="0"/>
            </w:pPr>
            <w:r/>
            <w:r>
              <w:rPr>
                <w:rFonts w:ascii="Arial" w:hAnsi="Arial"/>
                <w:b/>
                <w:color w:val="223840"/>
                <w:sz w:val="15"/>
              </w:rPr>
              <w:t>NOTES / OBSERVATIONS</w:t>
            </w:r>
          </w:p>
        </w:tc>
        <w:tc>
          <w:tcPr>
            <w:tcW w:type="dxa" w:w="4706"/>
            <w:tcBorders>
              <w:top w:val="nil"/>
              <w:bottom w:val="nil"/>
              <w:left w:val="nil"/>
              <w:right w:val="nil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before="0" w:after="0"/>
              <w:jc w:val="right"/>
            </w:pPr>
            <w:r/>
            <w:r>
              <w:rPr>
                <w:rFonts w:ascii="Arial" w:hAnsi="Arial"/>
                <w:b w:val="0"/>
                <w:color w:val="61767D"/>
                <w:sz w:val="13"/>
              </w:rPr>
              <w:t>Area / system / topic: __________________________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658"/>
      </w:tblGrid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</w:tbl>
    <w:p>
      <w:pPr>
        <w:spacing w:before="40" w:after="0"/>
      </w:pPr>
      <w:r>
        <w:rPr>
          <w:rFonts w:ascii="Arial" w:hAnsi="Arial"/>
          <w:b/>
          <w:color w:val="61767D"/>
          <w:sz w:val="13"/>
        </w:rPr>
        <w:t xml:space="preserve">Action refs raised (if any): </w:t>
      </w:r>
      <w:r>
        <w:rPr>
          <w:rFonts w:ascii="Arial" w:hAnsi="Arial"/>
          <w:b w:val="0"/>
          <w:color w:val="17242B"/>
          <w:sz w:val="14"/>
        </w:rPr>
        <w:t>A____   A____   A____   A____</w:t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329"/>
        <w:gridCol w:w="5329"/>
      </w:tblGrid>
      <w:tr>
        <w:trPr>
          <w:trHeight w:val="850" w:hRule="atLeast"/>
        </w:trPr>
        <w:tc>
          <w:tcPr>
            <w:tcW w:type="dxa" w:w="7484"/>
            <w:tcBorders>
              <w:top w:val="nil"/>
              <w:bottom w:val="nil"/>
              <w:left w:val="nil"/>
              <w:right w:val="nil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before="0" w:after="0"/>
            </w:pPr>
            <w:r/>
            <w:r>
              <w:rPr>
                <w:rFonts w:ascii="Arial" w:hAnsi="Arial"/>
                <w:b/>
                <w:color w:val="158D87"/>
                <w:sz w:val="15"/>
              </w:rPr>
              <w:t>MEP VISIT</w:t>
            </w:r>
            <w:r>
              <w:rPr>
                <w:rFonts w:ascii="Arial" w:hAnsi="Arial"/>
                <w:b w:val="0"/>
                <w:color w:val="61767D"/>
                <w:sz w:val="13"/>
              </w:rPr>
              <w:t xml:space="preserve">  by WalkRound</w:t>
            </w:r>
          </w:p>
          <w:p>
            <w:pPr>
              <w:spacing w:before="0" w:after="0"/>
            </w:pPr>
            <w:r>
              <w:rPr>
                <w:rFonts w:ascii="Arial" w:hAnsi="Arial"/>
                <w:b/>
                <w:color w:val="17242B"/>
                <w:sz w:val="30"/>
              </w:rPr>
              <w:t>MEP Project Notes</w:t>
            </w:r>
          </w:p>
        </w:tc>
        <w:tc>
          <w:tcPr>
            <w:tcW w:type="dxa" w:w="3175"/>
            <w:tcBorders>
              <w:top w:val="nil"/>
              <w:bottom w:val="nil"/>
              <w:left w:val="nil"/>
              <w:right w:val="nil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before="0" w:after="0"/>
              <w:jc w:val="right"/>
            </w:pPr>
            <w:r/>
            <w:r>
              <w:rPr>
                <w:rFonts w:ascii="Arial" w:hAnsi="Arial"/>
                <w:b/>
                <w:color w:val="61767D"/>
                <w:sz w:val="13"/>
              </w:rPr>
              <w:t>Company:</w:t>
            </w:r>
          </w:p>
          <w:p>
            <w:pPr>
              <w:spacing w:before="0" w:after="0"/>
              <w:jc w:val="right"/>
            </w:pPr>
            <w:r>
              <w:rPr>
                <w:rFonts w:ascii="Arial" w:hAnsi="Arial"/>
                <w:b w:val="0"/>
                <w:color w:val="C9D5D8"/>
                <w:sz w:val="16"/>
              </w:rPr>
              <w:t>________________________________</w:t>
            </w:r>
          </w:p>
        </w:tc>
      </w:tr>
    </w:tbl>
    <w:p>
      <w:pPr>
        <w:spacing w:before="20" w:after="60"/>
        <w:pBdr>
          <w:bottom w:val="single" w:sz="10" w:space="1" w:color="158D87"/>
        </w:pBd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32"/>
        <w:gridCol w:w="2132"/>
        <w:gridCol w:w="2132"/>
        <w:gridCol w:w="2132"/>
        <w:gridCol w:w="2132"/>
      </w:tblGrid>
      <w:tr>
        <w:trPr>
          <w:trHeight w:val="510" w:hRule="atLeast"/>
        </w:trPr>
        <w:tc>
          <w:tcPr>
            <w:tcW w:type="dxa" w:w="4195"/>
            <w:tcBorders>
              <w:bottom w:val="single" w:sz="5" w:color="93A7AD"/>
            </w:tcBorders>
            <w:tcMar>
              <w:top w:w="20" w:type="dxa"/>
              <w:start w:w="25" w:type="dxa"/>
              <w:bottom w:w="22" w:type="dxa"/>
              <w:end w:w="25" w:type="dxa"/>
            </w:tcMar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/>
                <w:color w:val="61767D"/>
                <w:sz w:val="12"/>
              </w:rPr>
              <w:t>PROJECT</w:t>
            </w:r>
          </w:p>
          <w:p>
            <w:pPr>
              <w:spacing w:before="0" w:after="0"/>
            </w:pPr>
            <w:r>
              <w:rPr>
                <w:rFonts w:ascii="Arial" w:hAnsi="Arial"/>
                <w:b w:val="0"/>
                <w:color w:val="17242B"/>
                <w:sz w:val="17"/>
              </w:rPr>
              <w:t xml:space="preserve"> </w:t>
            </w:r>
          </w:p>
        </w:tc>
        <w:tc>
          <w:tcPr>
            <w:tcW w:type="dxa" w:w="1984"/>
            <w:tcBorders>
              <w:bottom w:val="single" w:sz="5" w:color="93A7AD"/>
            </w:tcBorders>
            <w:tcMar>
              <w:top w:w="20" w:type="dxa"/>
              <w:start w:w="25" w:type="dxa"/>
              <w:bottom w:w="22" w:type="dxa"/>
              <w:end w:w="25" w:type="dxa"/>
            </w:tcMar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/>
                <w:color w:val="61767D"/>
                <w:sz w:val="12"/>
              </w:rPr>
              <w:t>DATE</w:t>
            </w:r>
          </w:p>
          <w:p>
            <w:pPr>
              <w:spacing w:before="0" w:after="0"/>
            </w:pPr>
            <w:r>
              <w:rPr>
                <w:rFonts w:ascii="Arial" w:hAnsi="Arial"/>
                <w:b w:val="0"/>
                <w:color w:val="17242B"/>
                <w:sz w:val="17"/>
              </w:rPr>
              <w:t xml:space="preserve"> </w:t>
            </w:r>
          </w:p>
        </w:tc>
        <w:tc>
          <w:tcPr>
            <w:tcW w:type="dxa" w:w="1984"/>
            <w:tcBorders>
              <w:bottom w:val="single" w:sz="5" w:color="93A7AD"/>
            </w:tcBorders>
            <w:tcMar>
              <w:top w:w="20" w:type="dxa"/>
              <w:start w:w="25" w:type="dxa"/>
              <w:bottom w:w="22" w:type="dxa"/>
              <w:end w:w="25" w:type="dxa"/>
            </w:tcMar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/>
                <w:color w:val="61767D"/>
                <w:sz w:val="12"/>
              </w:rPr>
              <w:t>RECORD TYPE</w:t>
            </w:r>
          </w:p>
          <w:p>
            <w:pPr>
              <w:spacing w:before="0" w:after="0"/>
            </w:pPr>
            <w:r>
              <w:rPr>
                <w:rFonts w:ascii="Arial" w:hAnsi="Arial"/>
                <w:b w:val="0"/>
                <w:color w:val="17242B"/>
                <w:sz w:val="17"/>
              </w:rPr>
              <w:t xml:space="preserve"> </w:t>
            </w:r>
          </w:p>
        </w:tc>
        <w:tc>
          <w:tcPr>
            <w:tcW w:type="dxa" w:w="1587"/>
            <w:tcBorders>
              <w:bottom w:val="single" w:sz="5" w:color="93A7AD"/>
            </w:tcBorders>
            <w:tcMar>
              <w:top w:w="20" w:type="dxa"/>
              <w:start w:w="25" w:type="dxa"/>
              <w:bottom w:w="22" w:type="dxa"/>
              <w:end w:w="25" w:type="dxa"/>
            </w:tcMar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/>
                <w:color w:val="61767D"/>
                <w:sz w:val="12"/>
              </w:rPr>
              <w:t>RECORD NO.</w:t>
            </w:r>
          </w:p>
          <w:p>
            <w:pPr>
              <w:spacing w:before="0" w:after="0"/>
            </w:pPr>
            <w:r>
              <w:rPr>
                <w:rFonts w:ascii="Arial" w:hAnsi="Arial"/>
                <w:b w:val="0"/>
                <w:color w:val="17242B"/>
                <w:sz w:val="17"/>
              </w:rPr>
              <w:t xml:space="preserve"> </w:t>
            </w:r>
          </w:p>
        </w:tc>
        <w:tc>
          <w:tcPr>
            <w:tcW w:type="dxa" w:w="907"/>
            <w:tcBorders>
              <w:bottom w:val="single" w:sz="5" w:color="93A7AD"/>
            </w:tcBorders>
            <w:tcMar>
              <w:top w:w="20" w:type="dxa"/>
              <w:start w:w="25" w:type="dxa"/>
              <w:bottom w:w="22" w:type="dxa"/>
              <w:end w:w="25" w:type="dxa"/>
            </w:tcMar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/>
                <w:color w:val="61767D"/>
                <w:sz w:val="12"/>
              </w:rPr>
              <w:t>PAGE</w:t>
            </w:r>
          </w:p>
          <w:p>
            <w:pPr>
              <w:spacing w:before="0" w:after="0"/>
            </w:pPr>
            <w:r>
              <w:rPr>
                <w:rFonts w:ascii="Arial" w:hAnsi="Arial"/>
                <w:b w:val="0"/>
                <w:color w:val="17242B"/>
                <w:sz w:val="17"/>
              </w:rPr>
              <w:t>4</w:t>
            </w:r>
          </w:p>
        </w:tc>
      </w:tr>
    </w:tbl>
    <w:p>
      <w:pPr>
        <w:spacing w:before="60" w:after="20"/>
      </w:pPr>
      <w:r>
        <w:rPr>
          <w:rFonts w:ascii="Arial" w:hAnsi="Arial"/>
          <w:b/>
          <w:color w:val="17242B"/>
          <w:sz w:val="34"/>
        </w:rPr>
        <w:t>CONSOLIDATED ACTION REGISTER</w:t>
      </w:r>
    </w:p>
    <w:p>
      <w:pPr>
        <w:spacing w:before="0" w:after="80"/>
      </w:pPr>
      <w:r>
        <w:rPr>
          <w:rFonts w:ascii="Arial" w:hAnsi="Arial"/>
          <w:b w:val="0"/>
          <w:color w:val="61767D"/>
          <w:sz w:val="15"/>
        </w:rPr>
        <w:t>Use this page for actions from a site visit, meeting or workshop. Duplicate the page if more rows are required.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76"/>
        <w:gridCol w:w="1776"/>
        <w:gridCol w:w="1776"/>
        <w:gridCol w:w="1776"/>
        <w:gridCol w:w="1776"/>
        <w:gridCol w:w="1776"/>
      </w:tblGrid>
      <w:tr>
        <w:trPr>
          <w:trHeight w:val="453" w:hRule="exact"/>
          <w:cantSplit/>
        </w:trPr>
        <w:tc>
          <w:tcPr>
            <w:tcW w:type="dxa" w:w="680"/>
            <w:shd w:fill="223840"/>
            <w:tcMar>
              <w:top w:w="40" w:type="dxa"/>
              <w:start w:w="35" w:type="dxa"/>
              <w:bottom w:w="40" w:type="dxa"/>
              <w:end w:w="35" w:type="dxa"/>
            </w:tcMar>
          </w:tcPr>
          <w:p>
            <w:pPr>
              <w:spacing w:before="0" w:after="0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Ref</w:t>
            </w:r>
          </w:p>
        </w:tc>
        <w:tc>
          <w:tcPr>
            <w:tcW w:type="dxa" w:w="4309"/>
            <w:shd w:fill="223840"/>
            <w:tcMar>
              <w:top w:w="40" w:type="dxa"/>
              <w:start w:w="35" w:type="dxa"/>
              <w:bottom w:w="40" w:type="dxa"/>
              <w:end w:w="35" w:type="dxa"/>
            </w:tcMar>
          </w:tcPr>
          <w:p>
            <w:pPr>
              <w:spacing w:before="0" w:after="0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Action / decision</w:t>
            </w:r>
          </w:p>
        </w:tc>
        <w:tc>
          <w:tcPr>
            <w:tcW w:type="dxa" w:w="1701"/>
            <w:shd w:fill="223840"/>
            <w:tcMar>
              <w:top w:w="40" w:type="dxa"/>
              <w:start w:w="35" w:type="dxa"/>
              <w:bottom w:w="40" w:type="dxa"/>
              <w:end w:w="35" w:type="dxa"/>
            </w:tcMar>
          </w:tcPr>
          <w:p>
            <w:pPr>
              <w:spacing w:before="0" w:after="0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Owner</w:t>
            </w:r>
          </w:p>
        </w:tc>
        <w:tc>
          <w:tcPr>
            <w:tcW w:type="dxa" w:w="1360"/>
            <w:shd w:fill="223840"/>
            <w:tcMar>
              <w:top w:w="40" w:type="dxa"/>
              <w:start w:w="35" w:type="dxa"/>
              <w:bottom w:w="40" w:type="dxa"/>
              <w:end w:w="35" w:type="dxa"/>
            </w:tcMar>
          </w:tcPr>
          <w:p>
            <w:pPr>
              <w:spacing w:before="0" w:after="0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Due</w:t>
            </w:r>
          </w:p>
        </w:tc>
        <w:tc>
          <w:tcPr>
            <w:tcW w:type="dxa" w:w="1247"/>
            <w:shd w:fill="223840"/>
            <w:tcMar>
              <w:top w:w="40" w:type="dxa"/>
              <w:start w:w="35" w:type="dxa"/>
              <w:bottom w:w="40" w:type="dxa"/>
              <w:end w:w="35" w:type="dxa"/>
            </w:tcMar>
          </w:tcPr>
          <w:p>
            <w:pPr>
              <w:spacing w:before="0" w:after="0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Priority</w:t>
            </w:r>
          </w:p>
        </w:tc>
        <w:tc>
          <w:tcPr>
            <w:tcW w:type="dxa" w:w="1360"/>
            <w:shd w:fill="223840"/>
            <w:tcMar>
              <w:top w:w="40" w:type="dxa"/>
              <w:start w:w="35" w:type="dxa"/>
              <w:bottom w:w="40" w:type="dxa"/>
              <w:end w:w="35" w:type="dxa"/>
            </w:tcMar>
          </w:tcPr>
          <w:p>
            <w:pPr>
              <w:spacing w:before="0" w:after="0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Status</w:t>
            </w:r>
          </w:p>
        </w:tc>
      </w:tr>
      <w:tr>
        <w:trPr>
          <w:cantSplit/>
          <w:trHeight w:val="963" w:hRule="atLeast"/>
        </w:trPr>
        <w:tc>
          <w:tcPr>
            <w:tcW w:type="dxa" w:w="680"/>
            <w:tcBorders>
              <w:top w:val="single" w:sz="4" w:color="C9D5D8"/>
              <w:bottom w:val="single" w:sz="4" w:color="C9D5D8"/>
              <w:left w:val="single" w:sz="4" w:color="C9D5D8"/>
              <w:right w:val="single" w:sz="4" w:color="C9D5D8"/>
            </w:tcBorders>
            <w:tcMar>
              <w:top w:w="45" w:type="dxa"/>
              <w:start w:w="40" w:type="dxa"/>
              <w:bottom w:w="45" w:type="dxa"/>
              <w:end w:w="40" w:type="dxa"/>
            </w:tcMar>
            <w:vAlign w:val="top"/>
          </w:tcPr>
          <w:p>
            <w:pPr>
              <w:spacing w:before="0" w:after="0"/>
              <w:jc w:val="center"/>
            </w:pPr>
            <w:r/>
            <w:r>
              <w:rPr>
                <w:rFonts w:ascii="Arial" w:hAnsi="Arial"/>
                <w:b/>
                <w:color w:val="61767D"/>
                <w:sz w:val="14"/>
              </w:rPr>
              <w:t>A01</w:t>
            </w:r>
          </w:p>
        </w:tc>
        <w:tc>
          <w:tcPr>
            <w:tcW w:type="dxa" w:w="4309"/>
            <w:tcBorders>
              <w:top w:val="single" w:sz="4" w:color="C9D5D8"/>
              <w:bottom w:val="single" w:sz="4" w:color="C9D5D8"/>
              <w:left w:val="single" w:sz="4" w:color="C9D5D8"/>
              <w:right w:val="single" w:sz="4" w:color="C9D5D8"/>
            </w:tcBorders>
            <w:tcMar>
              <w:top w:w="45" w:type="dxa"/>
              <w:start w:w="40" w:type="dxa"/>
              <w:bottom w:w="45" w:type="dxa"/>
              <w:end w:w="40" w:type="dxa"/>
            </w:tcMar>
            <w:vAlign w:val="top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5"/>
              </w:rPr>
              <w:t xml:space="preserve"> </w:t>
            </w:r>
          </w:p>
        </w:tc>
        <w:tc>
          <w:tcPr>
            <w:tcW w:type="dxa" w:w="1701"/>
            <w:tcBorders>
              <w:top w:val="single" w:sz="4" w:color="C9D5D8"/>
              <w:bottom w:val="single" w:sz="4" w:color="C9D5D8"/>
              <w:left w:val="single" w:sz="4" w:color="C9D5D8"/>
              <w:right w:val="single" w:sz="4" w:color="C9D5D8"/>
            </w:tcBorders>
            <w:tcMar>
              <w:top w:w="45" w:type="dxa"/>
              <w:start w:w="40" w:type="dxa"/>
              <w:bottom w:w="45" w:type="dxa"/>
              <w:end w:w="40" w:type="dxa"/>
            </w:tcMar>
            <w:vAlign w:val="top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5"/>
              </w:rPr>
              <w:t xml:space="preserve"> </w:t>
            </w:r>
          </w:p>
        </w:tc>
        <w:tc>
          <w:tcPr>
            <w:tcW w:type="dxa" w:w="1360"/>
            <w:tcBorders>
              <w:top w:val="single" w:sz="4" w:color="C9D5D8"/>
              <w:bottom w:val="single" w:sz="4" w:color="C9D5D8"/>
              <w:left w:val="single" w:sz="4" w:color="C9D5D8"/>
              <w:right w:val="single" w:sz="4" w:color="C9D5D8"/>
            </w:tcBorders>
            <w:tcMar>
              <w:top w:w="45" w:type="dxa"/>
              <w:start w:w="40" w:type="dxa"/>
              <w:bottom w:w="45" w:type="dxa"/>
              <w:end w:w="40" w:type="dxa"/>
            </w:tcMar>
            <w:vAlign w:val="top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5"/>
              </w:rPr>
              <w:t xml:space="preserve"> </w:t>
            </w:r>
          </w:p>
        </w:tc>
        <w:tc>
          <w:tcPr>
            <w:tcW w:type="dxa" w:w="1247"/>
            <w:tcBorders>
              <w:top w:val="single" w:sz="4" w:color="C9D5D8"/>
              <w:bottom w:val="single" w:sz="4" w:color="C9D5D8"/>
              <w:left w:val="single" w:sz="4" w:color="C9D5D8"/>
              <w:right w:val="single" w:sz="4" w:color="C9D5D8"/>
            </w:tcBorders>
            <w:tcMar>
              <w:top w:w="45" w:type="dxa"/>
              <w:start w:w="40" w:type="dxa"/>
              <w:bottom w:w="45" w:type="dxa"/>
              <w:end w:w="40" w:type="dxa"/>
            </w:tcMar>
            <w:vAlign w:val="top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5"/>
              </w:rPr>
              <w:t xml:space="preserve"> </w:t>
            </w:r>
          </w:p>
        </w:tc>
        <w:tc>
          <w:tcPr>
            <w:tcW w:type="dxa" w:w="1360"/>
            <w:tcBorders>
              <w:top w:val="single" w:sz="4" w:color="C9D5D8"/>
              <w:bottom w:val="single" w:sz="4" w:color="C9D5D8"/>
              <w:left w:val="single" w:sz="4" w:color="C9D5D8"/>
              <w:right w:val="single" w:sz="4" w:color="C9D5D8"/>
            </w:tcBorders>
            <w:tcMar>
              <w:top w:w="45" w:type="dxa"/>
              <w:start w:w="40" w:type="dxa"/>
              <w:bottom w:w="45" w:type="dxa"/>
              <w:end w:w="40" w:type="dxa"/>
            </w:tcMar>
            <w:vAlign w:val="top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61767D"/>
                <w:sz w:val="14"/>
              </w:rPr>
              <w:t>Open</w:t>
            </w:r>
          </w:p>
        </w:tc>
      </w:tr>
      <w:tr>
        <w:trPr>
          <w:cantSplit/>
          <w:trHeight w:val="963" w:hRule="atLeast"/>
        </w:trPr>
        <w:tc>
          <w:tcPr>
            <w:tcW w:type="dxa" w:w="680"/>
            <w:tcBorders>
              <w:top w:val="single" w:sz="4" w:color="C9D5D8"/>
              <w:bottom w:val="single" w:sz="4" w:color="C9D5D8"/>
              <w:left w:val="single" w:sz="4" w:color="C9D5D8"/>
              <w:right w:val="single" w:sz="4" w:color="C9D5D8"/>
            </w:tcBorders>
            <w:tcMar>
              <w:top w:w="45" w:type="dxa"/>
              <w:start w:w="40" w:type="dxa"/>
              <w:bottom w:w="45" w:type="dxa"/>
              <w:end w:w="40" w:type="dxa"/>
            </w:tcMar>
            <w:vAlign w:val="top"/>
          </w:tcPr>
          <w:p>
            <w:pPr>
              <w:spacing w:before="0" w:after="0"/>
              <w:jc w:val="center"/>
            </w:pPr>
            <w:r/>
            <w:r>
              <w:rPr>
                <w:rFonts w:ascii="Arial" w:hAnsi="Arial"/>
                <w:b/>
                <w:color w:val="61767D"/>
                <w:sz w:val="14"/>
              </w:rPr>
              <w:t>A02</w:t>
            </w:r>
          </w:p>
        </w:tc>
        <w:tc>
          <w:tcPr>
            <w:tcW w:type="dxa" w:w="4309"/>
            <w:tcBorders>
              <w:top w:val="single" w:sz="4" w:color="C9D5D8"/>
              <w:bottom w:val="single" w:sz="4" w:color="C9D5D8"/>
              <w:left w:val="single" w:sz="4" w:color="C9D5D8"/>
              <w:right w:val="single" w:sz="4" w:color="C9D5D8"/>
            </w:tcBorders>
            <w:tcMar>
              <w:top w:w="45" w:type="dxa"/>
              <w:start w:w="40" w:type="dxa"/>
              <w:bottom w:w="45" w:type="dxa"/>
              <w:end w:w="40" w:type="dxa"/>
            </w:tcMar>
            <w:vAlign w:val="top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5"/>
              </w:rPr>
              <w:t xml:space="preserve"> </w:t>
            </w:r>
          </w:p>
        </w:tc>
        <w:tc>
          <w:tcPr>
            <w:tcW w:type="dxa" w:w="1701"/>
            <w:tcBorders>
              <w:top w:val="single" w:sz="4" w:color="C9D5D8"/>
              <w:bottom w:val="single" w:sz="4" w:color="C9D5D8"/>
              <w:left w:val="single" w:sz="4" w:color="C9D5D8"/>
              <w:right w:val="single" w:sz="4" w:color="C9D5D8"/>
            </w:tcBorders>
            <w:tcMar>
              <w:top w:w="45" w:type="dxa"/>
              <w:start w:w="40" w:type="dxa"/>
              <w:bottom w:w="45" w:type="dxa"/>
              <w:end w:w="40" w:type="dxa"/>
            </w:tcMar>
            <w:vAlign w:val="top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5"/>
              </w:rPr>
              <w:t xml:space="preserve"> </w:t>
            </w:r>
          </w:p>
        </w:tc>
        <w:tc>
          <w:tcPr>
            <w:tcW w:type="dxa" w:w="1360"/>
            <w:tcBorders>
              <w:top w:val="single" w:sz="4" w:color="C9D5D8"/>
              <w:bottom w:val="single" w:sz="4" w:color="C9D5D8"/>
              <w:left w:val="single" w:sz="4" w:color="C9D5D8"/>
              <w:right w:val="single" w:sz="4" w:color="C9D5D8"/>
            </w:tcBorders>
            <w:tcMar>
              <w:top w:w="45" w:type="dxa"/>
              <w:start w:w="40" w:type="dxa"/>
              <w:bottom w:w="45" w:type="dxa"/>
              <w:end w:w="40" w:type="dxa"/>
            </w:tcMar>
            <w:vAlign w:val="top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5"/>
              </w:rPr>
              <w:t xml:space="preserve"> </w:t>
            </w:r>
          </w:p>
        </w:tc>
        <w:tc>
          <w:tcPr>
            <w:tcW w:type="dxa" w:w="1247"/>
            <w:tcBorders>
              <w:top w:val="single" w:sz="4" w:color="C9D5D8"/>
              <w:bottom w:val="single" w:sz="4" w:color="C9D5D8"/>
              <w:left w:val="single" w:sz="4" w:color="C9D5D8"/>
              <w:right w:val="single" w:sz="4" w:color="C9D5D8"/>
            </w:tcBorders>
            <w:tcMar>
              <w:top w:w="45" w:type="dxa"/>
              <w:start w:w="40" w:type="dxa"/>
              <w:bottom w:w="45" w:type="dxa"/>
              <w:end w:w="40" w:type="dxa"/>
            </w:tcMar>
            <w:vAlign w:val="top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5"/>
              </w:rPr>
              <w:t xml:space="preserve"> </w:t>
            </w:r>
          </w:p>
        </w:tc>
        <w:tc>
          <w:tcPr>
            <w:tcW w:type="dxa" w:w="1360"/>
            <w:tcBorders>
              <w:top w:val="single" w:sz="4" w:color="C9D5D8"/>
              <w:bottom w:val="single" w:sz="4" w:color="C9D5D8"/>
              <w:left w:val="single" w:sz="4" w:color="C9D5D8"/>
              <w:right w:val="single" w:sz="4" w:color="C9D5D8"/>
            </w:tcBorders>
            <w:tcMar>
              <w:top w:w="45" w:type="dxa"/>
              <w:start w:w="40" w:type="dxa"/>
              <w:bottom w:w="45" w:type="dxa"/>
              <w:end w:w="40" w:type="dxa"/>
            </w:tcMar>
            <w:vAlign w:val="top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61767D"/>
                <w:sz w:val="14"/>
              </w:rPr>
              <w:t>Open</w:t>
            </w:r>
          </w:p>
        </w:tc>
      </w:tr>
      <w:tr>
        <w:trPr>
          <w:cantSplit/>
          <w:trHeight w:val="963" w:hRule="atLeast"/>
        </w:trPr>
        <w:tc>
          <w:tcPr>
            <w:tcW w:type="dxa" w:w="680"/>
            <w:tcBorders>
              <w:top w:val="single" w:sz="4" w:color="C9D5D8"/>
              <w:bottom w:val="single" w:sz="4" w:color="C9D5D8"/>
              <w:left w:val="single" w:sz="4" w:color="C9D5D8"/>
              <w:right w:val="single" w:sz="4" w:color="C9D5D8"/>
            </w:tcBorders>
            <w:tcMar>
              <w:top w:w="45" w:type="dxa"/>
              <w:start w:w="40" w:type="dxa"/>
              <w:bottom w:w="45" w:type="dxa"/>
              <w:end w:w="40" w:type="dxa"/>
            </w:tcMar>
            <w:vAlign w:val="top"/>
          </w:tcPr>
          <w:p>
            <w:pPr>
              <w:spacing w:before="0" w:after="0"/>
              <w:jc w:val="center"/>
            </w:pPr>
            <w:r/>
            <w:r>
              <w:rPr>
                <w:rFonts w:ascii="Arial" w:hAnsi="Arial"/>
                <w:b/>
                <w:color w:val="61767D"/>
                <w:sz w:val="14"/>
              </w:rPr>
              <w:t>A03</w:t>
            </w:r>
          </w:p>
        </w:tc>
        <w:tc>
          <w:tcPr>
            <w:tcW w:type="dxa" w:w="4309"/>
            <w:tcBorders>
              <w:top w:val="single" w:sz="4" w:color="C9D5D8"/>
              <w:bottom w:val="single" w:sz="4" w:color="C9D5D8"/>
              <w:left w:val="single" w:sz="4" w:color="C9D5D8"/>
              <w:right w:val="single" w:sz="4" w:color="C9D5D8"/>
            </w:tcBorders>
            <w:tcMar>
              <w:top w:w="45" w:type="dxa"/>
              <w:start w:w="40" w:type="dxa"/>
              <w:bottom w:w="45" w:type="dxa"/>
              <w:end w:w="40" w:type="dxa"/>
            </w:tcMar>
            <w:vAlign w:val="top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5"/>
              </w:rPr>
              <w:t xml:space="preserve"> </w:t>
            </w:r>
          </w:p>
        </w:tc>
        <w:tc>
          <w:tcPr>
            <w:tcW w:type="dxa" w:w="1701"/>
            <w:tcBorders>
              <w:top w:val="single" w:sz="4" w:color="C9D5D8"/>
              <w:bottom w:val="single" w:sz="4" w:color="C9D5D8"/>
              <w:left w:val="single" w:sz="4" w:color="C9D5D8"/>
              <w:right w:val="single" w:sz="4" w:color="C9D5D8"/>
            </w:tcBorders>
            <w:tcMar>
              <w:top w:w="45" w:type="dxa"/>
              <w:start w:w="40" w:type="dxa"/>
              <w:bottom w:w="45" w:type="dxa"/>
              <w:end w:w="40" w:type="dxa"/>
            </w:tcMar>
            <w:vAlign w:val="top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5"/>
              </w:rPr>
              <w:t xml:space="preserve"> </w:t>
            </w:r>
          </w:p>
        </w:tc>
        <w:tc>
          <w:tcPr>
            <w:tcW w:type="dxa" w:w="1360"/>
            <w:tcBorders>
              <w:top w:val="single" w:sz="4" w:color="C9D5D8"/>
              <w:bottom w:val="single" w:sz="4" w:color="C9D5D8"/>
              <w:left w:val="single" w:sz="4" w:color="C9D5D8"/>
              <w:right w:val="single" w:sz="4" w:color="C9D5D8"/>
            </w:tcBorders>
            <w:tcMar>
              <w:top w:w="45" w:type="dxa"/>
              <w:start w:w="40" w:type="dxa"/>
              <w:bottom w:w="45" w:type="dxa"/>
              <w:end w:w="40" w:type="dxa"/>
            </w:tcMar>
            <w:vAlign w:val="top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5"/>
              </w:rPr>
              <w:t xml:space="preserve"> </w:t>
            </w:r>
          </w:p>
        </w:tc>
        <w:tc>
          <w:tcPr>
            <w:tcW w:type="dxa" w:w="1247"/>
            <w:tcBorders>
              <w:top w:val="single" w:sz="4" w:color="C9D5D8"/>
              <w:bottom w:val="single" w:sz="4" w:color="C9D5D8"/>
              <w:left w:val="single" w:sz="4" w:color="C9D5D8"/>
              <w:right w:val="single" w:sz="4" w:color="C9D5D8"/>
            </w:tcBorders>
            <w:tcMar>
              <w:top w:w="45" w:type="dxa"/>
              <w:start w:w="40" w:type="dxa"/>
              <w:bottom w:w="45" w:type="dxa"/>
              <w:end w:w="40" w:type="dxa"/>
            </w:tcMar>
            <w:vAlign w:val="top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5"/>
              </w:rPr>
              <w:t xml:space="preserve"> </w:t>
            </w:r>
          </w:p>
        </w:tc>
        <w:tc>
          <w:tcPr>
            <w:tcW w:type="dxa" w:w="1360"/>
            <w:tcBorders>
              <w:top w:val="single" w:sz="4" w:color="C9D5D8"/>
              <w:bottom w:val="single" w:sz="4" w:color="C9D5D8"/>
              <w:left w:val="single" w:sz="4" w:color="C9D5D8"/>
              <w:right w:val="single" w:sz="4" w:color="C9D5D8"/>
            </w:tcBorders>
            <w:tcMar>
              <w:top w:w="45" w:type="dxa"/>
              <w:start w:w="40" w:type="dxa"/>
              <w:bottom w:w="45" w:type="dxa"/>
              <w:end w:w="40" w:type="dxa"/>
            </w:tcMar>
            <w:vAlign w:val="top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61767D"/>
                <w:sz w:val="14"/>
              </w:rPr>
              <w:t>Open</w:t>
            </w:r>
          </w:p>
        </w:tc>
      </w:tr>
      <w:tr>
        <w:trPr>
          <w:cantSplit/>
          <w:trHeight w:val="963" w:hRule="atLeast"/>
        </w:trPr>
        <w:tc>
          <w:tcPr>
            <w:tcW w:type="dxa" w:w="680"/>
            <w:tcBorders>
              <w:top w:val="single" w:sz="4" w:color="C9D5D8"/>
              <w:bottom w:val="single" w:sz="4" w:color="C9D5D8"/>
              <w:left w:val="single" w:sz="4" w:color="C9D5D8"/>
              <w:right w:val="single" w:sz="4" w:color="C9D5D8"/>
            </w:tcBorders>
            <w:tcMar>
              <w:top w:w="45" w:type="dxa"/>
              <w:start w:w="40" w:type="dxa"/>
              <w:bottom w:w="45" w:type="dxa"/>
              <w:end w:w="40" w:type="dxa"/>
            </w:tcMar>
            <w:vAlign w:val="top"/>
          </w:tcPr>
          <w:p>
            <w:pPr>
              <w:spacing w:before="0" w:after="0"/>
              <w:jc w:val="center"/>
            </w:pPr>
            <w:r/>
            <w:r>
              <w:rPr>
                <w:rFonts w:ascii="Arial" w:hAnsi="Arial"/>
                <w:b/>
                <w:color w:val="61767D"/>
                <w:sz w:val="14"/>
              </w:rPr>
              <w:t>A04</w:t>
            </w:r>
          </w:p>
        </w:tc>
        <w:tc>
          <w:tcPr>
            <w:tcW w:type="dxa" w:w="4309"/>
            <w:tcBorders>
              <w:top w:val="single" w:sz="4" w:color="C9D5D8"/>
              <w:bottom w:val="single" w:sz="4" w:color="C9D5D8"/>
              <w:left w:val="single" w:sz="4" w:color="C9D5D8"/>
              <w:right w:val="single" w:sz="4" w:color="C9D5D8"/>
            </w:tcBorders>
            <w:tcMar>
              <w:top w:w="45" w:type="dxa"/>
              <w:start w:w="40" w:type="dxa"/>
              <w:bottom w:w="45" w:type="dxa"/>
              <w:end w:w="40" w:type="dxa"/>
            </w:tcMar>
            <w:vAlign w:val="top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5"/>
              </w:rPr>
              <w:t xml:space="preserve"> </w:t>
            </w:r>
          </w:p>
        </w:tc>
        <w:tc>
          <w:tcPr>
            <w:tcW w:type="dxa" w:w="1701"/>
            <w:tcBorders>
              <w:top w:val="single" w:sz="4" w:color="C9D5D8"/>
              <w:bottom w:val="single" w:sz="4" w:color="C9D5D8"/>
              <w:left w:val="single" w:sz="4" w:color="C9D5D8"/>
              <w:right w:val="single" w:sz="4" w:color="C9D5D8"/>
            </w:tcBorders>
            <w:tcMar>
              <w:top w:w="45" w:type="dxa"/>
              <w:start w:w="40" w:type="dxa"/>
              <w:bottom w:w="45" w:type="dxa"/>
              <w:end w:w="40" w:type="dxa"/>
            </w:tcMar>
            <w:vAlign w:val="top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5"/>
              </w:rPr>
              <w:t xml:space="preserve"> </w:t>
            </w:r>
          </w:p>
        </w:tc>
        <w:tc>
          <w:tcPr>
            <w:tcW w:type="dxa" w:w="1360"/>
            <w:tcBorders>
              <w:top w:val="single" w:sz="4" w:color="C9D5D8"/>
              <w:bottom w:val="single" w:sz="4" w:color="C9D5D8"/>
              <w:left w:val="single" w:sz="4" w:color="C9D5D8"/>
              <w:right w:val="single" w:sz="4" w:color="C9D5D8"/>
            </w:tcBorders>
            <w:tcMar>
              <w:top w:w="45" w:type="dxa"/>
              <w:start w:w="40" w:type="dxa"/>
              <w:bottom w:w="45" w:type="dxa"/>
              <w:end w:w="40" w:type="dxa"/>
            </w:tcMar>
            <w:vAlign w:val="top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5"/>
              </w:rPr>
              <w:t xml:space="preserve"> </w:t>
            </w:r>
          </w:p>
        </w:tc>
        <w:tc>
          <w:tcPr>
            <w:tcW w:type="dxa" w:w="1247"/>
            <w:tcBorders>
              <w:top w:val="single" w:sz="4" w:color="C9D5D8"/>
              <w:bottom w:val="single" w:sz="4" w:color="C9D5D8"/>
              <w:left w:val="single" w:sz="4" w:color="C9D5D8"/>
              <w:right w:val="single" w:sz="4" w:color="C9D5D8"/>
            </w:tcBorders>
            <w:tcMar>
              <w:top w:w="45" w:type="dxa"/>
              <w:start w:w="40" w:type="dxa"/>
              <w:bottom w:w="45" w:type="dxa"/>
              <w:end w:w="40" w:type="dxa"/>
            </w:tcMar>
            <w:vAlign w:val="top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5"/>
              </w:rPr>
              <w:t xml:space="preserve"> </w:t>
            </w:r>
          </w:p>
        </w:tc>
        <w:tc>
          <w:tcPr>
            <w:tcW w:type="dxa" w:w="1360"/>
            <w:tcBorders>
              <w:top w:val="single" w:sz="4" w:color="C9D5D8"/>
              <w:bottom w:val="single" w:sz="4" w:color="C9D5D8"/>
              <w:left w:val="single" w:sz="4" w:color="C9D5D8"/>
              <w:right w:val="single" w:sz="4" w:color="C9D5D8"/>
            </w:tcBorders>
            <w:tcMar>
              <w:top w:w="45" w:type="dxa"/>
              <w:start w:w="40" w:type="dxa"/>
              <w:bottom w:w="45" w:type="dxa"/>
              <w:end w:w="40" w:type="dxa"/>
            </w:tcMar>
            <w:vAlign w:val="top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61767D"/>
                <w:sz w:val="14"/>
              </w:rPr>
              <w:t>Open</w:t>
            </w:r>
          </w:p>
        </w:tc>
      </w:tr>
      <w:tr>
        <w:trPr>
          <w:cantSplit/>
          <w:trHeight w:val="963" w:hRule="atLeast"/>
        </w:trPr>
        <w:tc>
          <w:tcPr>
            <w:tcW w:type="dxa" w:w="680"/>
            <w:tcBorders>
              <w:top w:val="single" w:sz="4" w:color="C9D5D8"/>
              <w:bottom w:val="single" w:sz="4" w:color="C9D5D8"/>
              <w:left w:val="single" w:sz="4" w:color="C9D5D8"/>
              <w:right w:val="single" w:sz="4" w:color="C9D5D8"/>
            </w:tcBorders>
            <w:tcMar>
              <w:top w:w="45" w:type="dxa"/>
              <w:start w:w="40" w:type="dxa"/>
              <w:bottom w:w="45" w:type="dxa"/>
              <w:end w:w="40" w:type="dxa"/>
            </w:tcMar>
            <w:vAlign w:val="top"/>
          </w:tcPr>
          <w:p>
            <w:pPr>
              <w:spacing w:before="0" w:after="0"/>
              <w:jc w:val="center"/>
            </w:pPr>
            <w:r/>
            <w:r>
              <w:rPr>
                <w:rFonts w:ascii="Arial" w:hAnsi="Arial"/>
                <w:b/>
                <w:color w:val="61767D"/>
                <w:sz w:val="14"/>
              </w:rPr>
              <w:t>A05</w:t>
            </w:r>
          </w:p>
        </w:tc>
        <w:tc>
          <w:tcPr>
            <w:tcW w:type="dxa" w:w="4309"/>
            <w:tcBorders>
              <w:top w:val="single" w:sz="4" w:color="C9D5D8"/>
              <w:bottom w:val="single" w:sz="4" w:color="C9D5D8"/>
              <w:left w:val="single" w:sz="4" w:color="C9D5D8"/>
              <w:right w:val="single" w:sz="4" w:color="C9D5D8"/>
            </w:tcBorders>
            <w:tcMar>
              <w:top w:w="45" w:type="dxa"/>
              <w:start w:w="40" w:type="dxa"/>
              <w:bottom w:w="45" w:type="dxa"/>
              <w:end w:w="40" w:type="dxa"/>
            </w:tcMar>
            <w:vAlign w:val="top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5"/>
              </w:rPr>
              <w:t xml:space="preserve"> </w:t>
            </w:r>
          </w:p>
        </w:tc>
        <w:tc>
          <w:tcPr>
            <w:tcW w:type="dxa" w:w="1701"/>
            <w:tcBorders>
              <w:top w:val="single" w:sz="4" w:color="C9D5D8"/>
              <w:bottom w:val="single" w:sz="4" w:color="C9D5D8"/>
              <w:left w:val="single" w:sz="4" w:color="C9D5D8"/>
              <w:right w:val="single" w:sz="4" w:color="C9D5D8"/>
            </w:tcBorders>
            <w:tcMar>
              <w:top w:w="45" w:type="dxa"/>
              <w:start w:w="40" w:type="dxa"/>
              <w:bottom w:w="45" w:type="dxa"/>
              <w:end w:w="40" w:type="dxa"/>
            </w:tcMar>
            <w:vAlign w:val="top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5"/>
              </w:rPr>
              <w:t xml:space="preserve"> </w:t>
            </w:r>
          </w:p>
        </w:tc>
        <w:tc>
          <w:tcPr>
            <w:tcW w:type="dxa" w:w="1360"/>
            <w:tcBorders>
              <w:top w:val="single" w:sz="4" w:color="C9D5D8"/>
              <w:bottom w:val="single" w:sz="4" w:color="C9D5D8"/>
              <w:left w:val="single" w:sz="4" w:color="C9D5D8"/>
              <w:right w:val="single" w:sz="4" w:color="C9D5D8"/>
            </w:tcBorders>
            <w:tcMar>
              <w:top w:w="45" w:type="dxa"/>
              <w:start w:w="40" w:type="dxa"/>
              <w:bottom w:w="45" w:type="dxa"/>
              <w:end w:w="40" w:type="dxa"/>
            </w:tcMar>
            <w:vAlign w:val="top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5"/>
              </w:rPr>
              <w:t xml:space="preserve"> </w:t>
            </w:r>
          </w:p>
        </w:tc>
        <w:tc>
          <w:tcPr>
            <w:tcW w:type="dxa" w:w="1247"/>
            <w:tcBorders>
              <w:top w:val="single" w:sz="4" w:color="C9D5D8"/>
              <w:bottom w:val="single" w:sz="4" w:color="C9D5D8"/>
              <w:left w:val="single" w:sz="4" w:color="C9D5D8"/>
              <w:right w:val="single" w:sz="4" w:color="C9D5D8"/>
            </w:tcBorders>
            <w:tcMar>
              <w:top w:w="45" w:type="dxa"/>
              <w:start w:w="40" w:type="dxa"/>
              <w:bottom w:w="45" w:type="dxa"/>
              <w:end w:w="40" w:type="dxa"/>
            </w:tcMar>
            <w:vAlign w:val="top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5"/>
              </w:rPr>
              <w:t xml:space="preserve"> </w:t>
            </w:r>
          </w:p>
        </w:tc>
        <w:tc>
          <w:tcPr>
            <w:tcW w:type="dxa" w:w="1360"/>
            <w:tcBorders>
              <w:top w:val="single" w:sz="4" w:color="C9D5D8"/>
              <w:bottom w:val="single" w:sz="4" w:color="C9D5D8"/>
              <w:left w:val="single" w:sz="4" w:color="C9D5D8"/>
              <w:right w:val="single" w:sz="4" w:color="C9D5D8"/>
            </w:tcBorders>
            <w:tcMar>
              <w:top w:w="45" w:type="dxa"/>
              <w:start w:w="40" w:type="dxa"/>
              <w:bottom w:w="45" w:type="dxa"/>
              <w:end w:w="40" w:type="dxa"/>
            </w:tcMar>
            <w:vAlign w:val="top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61767D"/>
                <w:sz w:val="14"/>
              </w:rPr>
              <w:t>Open</w:t>
            </w:r>
          </w:p>
        </w:tc>
      </w:tr>
      <w:tr>
        <w:trPr>
          <w:cantSplit/>
          <w:trHeight w:val="963" w:hRule="atLeast"/>
        </w:trPr>
        <w:tc>
          <w:tcPr>
            <w:tcW w:type="dxa" w:w="680"/>
            <w:tcBorders>
              <w:top w:val="single" w:sz="4" w:color="C9D5D8"/>
              <w:bottom w:val="single" w:sz="4" w:color="C9D5D8"/>
              <w:left w:val="single" w:sz="4" w:color="C9D5D8"/>
              <w:right w:val="single" w:sz="4" w:color="C9D5D8"/>
            </w:tcBorders>
            <w:tcMar>
              <w:top w:w="45" w:type="dxa"/>
              <w:start w:w="40" w:type="dxa"/>
              <w:bottom w:w="45" w:type="dxa"/>
              <w:end w:w="40" w:type="dxa"/>
            </w:tcMar>
            <w:vAlign w:val="top"/>
          </w:tcPr>
          <w:p>
            <w:pPr>
              <w:spacing w:before="0" w:after="0"/>
              <w:jc w:val="center"/>
            </w:pPr>
            <w:r/>
            <w:r>
              <w:rPr>
                <w:rFonts w:ascii="Arial" w:hAnsi="Arial"/>
                <w:b/>
                <w:color w:val="61767D"/>
                <w:sz w:val="14"/>
              </w:rPr>
              <w:t>A06</w:t>
            </w:r>
          </w:p>
        </w:tc>
        <w:tc>
          <w:tcPr>
            <w:tcW w:type="dxa" w:w="4309"/>
            <w:tcBorders>
              <w:top w:val="single" w:sz="4" w:color="C9D5D8"/>
              <w:bottom w:val="single" w:sz="4" w:color="C9D5D8"/>
              <w:left w:val="single" w:sz="4" w:color="C9D5D8"/>
              <w:right w:val="single" w:sz="4" w:color="C9D5D8"/>
            </w:tcBorders>
            <w:tcMar>
              <w:top w:w="45" w:type="dxa"/>
              <w:start w:w="40" w:type="dxa"/>
              <w:bottom w:w="45" w:type="dxa"/>
              <w:end w:w="40" w:type="dxa"/>
            </w:tcMar>
            <w:vAlign w:val="top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5"/>
              </w:rPr>
              <w:t xml:space="preserve"> </w:t>
            </w:r>
          </w:p>
        </w:tc>
        <w:tc>
          <w:tcPr>
            <w:tcW w:type="dxa" w:w="1701"/>
            <w:tcBorders>
              <w:top w:val="single" w:sz="4" w:color="C9D5D8"/>
              <w:bottom w:val="single" w:sz="4" w:color="C9D5D8"/>
              <w:left w:val="single" w:sz="4" w:color="C9D5D8"/>
              <w:right w:val="single" w:sz="4" w:color="C9D5D8"/>
            </w:tcBorders>
            <w:tcMar>
              <w:top w:w="45" w:type="dxa"/>
              <w:start w:w="40" w:type="dxa"/>
              <w:bottom w:w="45" w:type="dxa"/>
              <w:end w:w="40" w:type="dxa"/>
            </w:tcMar>
            <w:vAlign w:val="top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5"/>
              </w:rPr>
              <w:t xml:space="preserve"> </w:t>
            </w:r>
          </w:p>
        </w:tc>
        <w:tc>
          <w:tcPr>
            <w:tcW w:type="dxa" w:w="1360"/>
            <w:tcBorders>
              <w:top w:val="single" w:sz="4" w:color="C9D5D8"/>
              <w:bottom w:val="single" w:sz="4" w:color="C9D5D8"/>
              <w:left w:val="single" w:sz="4" w:color="C9D5D8"/>
              <w:right w:val="single" w:sz="4" w:color="C9D5D8"/>
            </w:tcBorders>
            <w:tcMar>
              <w:top w:w="45" w:type="dxa"/>
              <w:start w:w="40" w:type="dxa"/>
              <w:bottom w:w="45" w:type="dxa"/>
              <w:end w:w="40" w:type="dxa"/>
            </w:tcMar>
            <w:vAlign w:val="top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5"/>
              </w:rPr>
              <w:t xml:space="preserve"> </w:t>
            </w:r>
          </w:p>
        </w:tc>
        <w:tc>
          <w:tcPr>
            <w:tcW w:type="dxa" w:w="1247"/>
            <w:tcBorders>
              <w:top w:val="single" w:sz="4" w:color="C9D5D8"/>
              <w:bottom w:val="single" w:sz="4" w:color="C9D5D8"/>
              <w:left w:val="single" w:sz="4" w:color="C9D5D8"/>
              <w:right w:val="single" w:sz="4" w:color="C9D5D8"/>
            </w:tcBorders>
            <w:tcMar>
              <w:top w:w="45" w:type="dxa"/>
              <w:start w:w="40" w:type="dxa"/>
              <w:bottom w:w="45" w:type="dxa"/>
              <w:end w:w="40" w:type="dxa"/>
            </w:tcMar>
            <w:vAlign w:val="top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5"/>
              </w:rPr>
              <w:t xml:space="preserve"> </w:t>
            </w:r>
          </w:p>
        </w:tc>
        <w:tc>
          <w:tcPr>
            <w:tcW w:type="dxa" w:w="1360"/>
            <w:tcBorders>
              <w:top w:val="single" w:sz="4" w:color="C9D5D8"/>
              <w:bottom w:val="single" w:sz="4" w:color="C9D5D8"/>
              <w:left w:val="single" w:sz="4" w:color="C9D5D8"/>
              <w:right w:val="single" w:sz="4" w:color="C9D5D8"/>
            </w:tcBorders>
            <w:tcMar>
              <w:top w:w="45" w:type="dxa"/>
              <w:start w:w="40" w:type="dxa"/>
              <w:bottom w:w="45" w:type="dxa"/>
              <w:end w:w="40" w:type="dxa"/>
            </w:tcMar>
            <w:vAlign w:val="top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61767D"/>
                <w:sz w:val="14"/>
              </w:rPr>
              <w:t>Open</w:t>
            </w:r>
          </w:p>
        </w:tc>
      </w:tr>
      <w:tr>
        <w:trPr>
          <w:cantSplit/>
          <w:trHeight w:val="963" w:hRule="atLeast"/>
        </w:trPr>
        <w:tc>
          <w:tcPr>
            <w:tcW w:type="dxa" w:w="680"/>
            <w:tcBorders>
              <w:top w:val="single" w:sz="4" w:color="C9D5D8"/>
              <w:bottom w:val="single" w:sz="4" w:color="C9D5D8"/>
              <w:left w:val="single" w:sz="4" w:color="C9D5D8"/>
              <w:right w:val="single" w:sz="4" w:color="C9D5D8"/>
            </w:tcBorders>
            <w:tcMar>
              <w:top w:w="45" w:type="dxa"/>
              <w:start w:w="40" w:type="dxa"/>
              <w:bottom w:w="45" w:type="dxa"/>
              <w:end w:w="40" w:type="dxa"/>
            </w:tcMar>
            <w:vAlign w:val="top"/>
          </w:tcPr>
          <w:p>
            <w:pPr>
              <w:spacing w:before="0" w:after="0"/>
              <w:jc w:val="center"/>
            </w:pPr>
            <w:r/>
            <w:r>
              <w:rPr>
                <w:rFonts w:ascii="Arial" w:hAnsi="Arial"/>
                <w:b/>
                <w:color w:val="61767D"/>
                <w:sz w:val="14"/>
              </w:rPr>
              <w:t>A07</w:t>
            </w:r>
          </w:p>
        </w:tc>
        <w:tc>
          <w:tcPr>
            <w:tcW w:type="dxa" w:w="4309"/>
            <w:tcBorders>
              <w:top w:val="single" w:sz="4" w:color="C9D5D8"/>
              <w:bottom w:val="single" w:sz="4" w:color="C9D5D8"/>
              <w:left w:val="single" w:sz="4" w:color="C9D5D8"/>
              <w:right w:val="single" w:sz="4" w:color="C9D5D8"/>
            </w:tcBorders>
            <w:tcMar>
              <w:top w:w="45" w:type="dxa"/>
              <w:start w:w="40" w:type="dxa"/>
              <w:bottom w:w="45" w:type="dxa"/>
              <w:end w:w="40" w:type="dxa"/>
            </w:tcMar>
            <w:vAlign w:val="top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5"/>
              </w:rPr>
              <w:t xml:space="preserve"> </w:t>
            </w:r>
          </w:p>
        </w:tc>
        <w:tc>
          <w:tcPr>
            <w:tcW w:type="dxa" w:w="1701"/>
            <w:tcBorders>
              <w:top w:val="single" w:sz="4" w:color="C9D5D8"/>
              <w:bottom w:val="single" w:sz="4" w:color="C9D5D8"/>
              <w:left w:val="single" w:sz="4" w:color="C9D5D8"/>
              <w:right w:val="single" w:sz="4" w:color="C9D5D8"/>
            </w:tcBorders>
            <w:tcMar>
              <w:top w:w="45" w:type="dxa"/>
              <w:start w:w="40" w:type="dxa"/>
              <w:bottom w:w="45" w:type="dxa"/>
              <w:end w:w="40" w:type="dxa"/>
            </w:tcMar>
            <w:vAlign w:val="top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5"/>
              </w:rPr>
              <w:t xml:space="preserve"> </w:t>
            </w:r>
          </w:p>
        </w:tc>
        <w:tc>
          <w:tcPr>
            <w:tcW w:type="dxa" w:w="1360"/>
            <w:tcBorders>
              <w:top w:val="single" w:sz="4" w:color="C9D5D8"/>
              <w:bottom w:val="single" w:sz="4" w:color="C9D5D8"/>
              <w:left w:val="single" w:sz="4" w:color="C9D5D8"/>
              <w:right w:val="single" w:sz="4" w:color="C9D5D8"/>
            </w:tcBorders>
            <w:tcMar>
              <w:top w:w="45" w:type="dxa"/>
              <w:start w:w="40" w:type="dxa"/>
              <w:bottom w:w="45" w:type="dxa"/>
              <w:end w:w="40" w:type="dxa"/>
            </w:tcMar>
            <w:vAlign w:val="top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5"/>
              </w:rPr>
              <w:t xml:space="preserve"> </w:t>
            </w:r>
          </w:p>
        </w:tc>
        <w:tc>
          <w:tcPr>
            <w:tcW w:type="dxa" w:w="1247"/>
            <w:tcBorders>
              <w:top w:val="single" w:sz="4" w:color="C9D5D8"/>
              <w:bottom w:val="single" w:sz="4" w:color="C9D5D8"/>
              <w:left w:val="single" w:sz="4" w:color="C9D5D8"/>
              <w:right w:val="single" w:sz="4" w:color="C9D5D8"/>
            </w:tcBorders>
            <w:tcMar>
              <w:top w:w="45" w:type="dxa"/>
              <w:start w:w="40" w:type="dxa"/>
              <w:bottom w:w="45" w:type="dxa"/>
              <w:end w:w="40" w:type="dxa"/>
            </w:tcMar>
            <w:vAlign w:val="top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5"/>
              </w:rPr>
              <w:t xml:space="preserve"> </w:t>
            </w:r>
          </w:p>
        </w:tc>
        <w:tc>
          <w:tcPr>
            <w:tcW w:type="dxa" w:w="1360"/>
            <w:tcBorders>
              <w:top w:val="single" w:sz="4" w:color="C9D5D8"/>
              <w:bottom w:val="single" w:sz="4" w:color="C9D5D8"/>
              <w:left w:val="single" w:sz="4" w:color="C9D5D8"/>
              <w:right w:val="single" w:sz="4" w:color="C9D5D8"/>
            </w:tcBorders>
            <w:tcMar>
              <w:top w:w="45" w:type="dxa"/>
              <w:start w:w="40" w:type="dxa"/>
              <w:bottom w:w="45" w:type="dxa"/>
              <w:end w:w="40" w:type="dxa"/>
            </w:tcMar>
            <w:vAlign w:val="top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61767D"/>
                <w:sz w:val="14"/>
              </w:rPr>
              <w:t>Open</w:t>
            </w:r>
          </w:p>
        </w:tc>
      </w:tr>
      <w:tr>
        <w:trPr>
          <w:cantSplit/>
          <w:trHeight w:val="963" w:hRule="atLeast"/>
        </w:trPr>
        <w:tc>
          <w:tcPr>
            <w:tcW w:type="dxa" w:w="680"/>
            <w:tcBorders>
              <w:top w:val="single" w:sz="4" w:color="C9D5D8"/>
              <w:bottom w:val="single" w:sz="4" w:color="C9D5D8"/>
              <w:left w:val="single" w:sz="4" w:color="C9D5D8"/>
              <w:right w:val="single" w:sz="4" w:color="C9D5D8"/>
            </w:tcBorders>
            <w:tcMar>
              <w:top w:w="45" w:type="dxa"/>
              <w:start w:w="40" w:type="dxa"/>
              <w:bottom w:w="45" w:type="dxa"/>
              <w:end w:w="40" w:type="dxa"/>
            </w:tcMar>
            <w:vAlign w:val="top"/>
          </w:tcPr>
          <w:p>
            <w:pPr>
              <w:spacing w:before="0" w:after="0"/>
              <w:jc w:val="center"/>
            </w:pPr>
            <w:r/>
            <w:r>
              <w:rPr>
                <w:rFonts w:ascii="Arial" w:hAnsi="Arial"/>
                <w:b/>
                <w:color w:val="61767D"/>
                <w:sz w:val="14"/>
              </w:rPr>
              <w:t>A08</w:t>
            </w:r>
          </w:p>
        </w:tc>
        <w:tc>
          <w:tcPr>
            <w:tcW w:type="dxa" w:w="4309"/>
            <w:tcBorders>
              <w:top w:val="single" w:sz="4" w:color="C9D5D8"/>
              <w:bottom w:val="single" w:sz="4" w:color="C9D5D8"/>
              <w:left w:val="single" w:sz="4" w:color="C9D5D8"/>
              <w:right w:val="single" w:sz="4" w:color="C9D5D8"/>
            </w:tcBorders>
            <w:tcMar>
              <w:top w:w="45" w:type="dxa"/>
              <w:start w:w="40" w:type="dxa"/>
              <w:bottom w:w="45" w:type="dxa"/>
              <w:end w:w="40" w:type="dxa"/>
            </w:tcMar>
            <w:vAlign w:val="top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5"/>
              </w:rPr>
              <w:t xml:space="preserve"> </w:t>
            </w:r>
          </w:p>
        </w:tc>
        <w:tc>
          <w:tcPr>
            <w:tcW w:type="dxa" w:w="1701"/>
            <w:tcBorders>
              <w:top w:val="single" w:sz="4" w:color="C9D5D8"/>
              <w:bottom w:val="single" w:sz="4" w:color="C9D5D8"/>
              <w:left w:val="single" w:sz="4" w:color="C9D5D8"/>
              <w:right w:val="single" w:sz="4" w:color="C9D5D8"/>
            </w:tcBorders>
            <w:tcMar>
              <w:top w:w="45" w:type="dxa"/>
              <w:start w:w="40" w:type="dxa"/>
              <w:bottom w:w="45" w:type="dxa"/>
              <w:end w:w="40" w:type="dxa"/>
            </w:tcMar>
            <w:vAlign w:val="top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5"/>
              </w:rPr>
              <w:t xml:space="preserve"> </w:t>
            </w:r>
          </w:p>
        </w:tc>
        <w:tc>
          <w:tcPr>
            <w:tcW w:type="dxa" w:w="1360"/>
            <w:tcBorders>
              <w:top w:val="single" w:sz="4" w:color="C9D5D8"/>
              <w:bottom w:val="single" w:sz="4" w:color="C9D5D8"/>
              <w:left w:val="single" w:sz="4" w:color="C9D5D8"/>
              <w:right w:val="single" w:sz="4" w:color="C9D5D8"/>
            </w:tcBorders>
            <w:tcMar>
              <w:top w:w="45" w:type="dxa"/>
              <w:start w:w="40" w:type="dxa"/>
              <w:bottom w:w="45" w:type="dxa"/>
              <w:end w:w="40" w:type="dxa"/>
            </w:tcMar>
            <w:vAlign w:val="top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5"/>
              </w:rPr>
              <w:t xml:space="preserve"> </w:t>
            </w:r>
          </w:p>
        </w:tc>
        <w:tc>
          <w:tcPr>
            <w:tcW w:type="dxa" w:w="1247"/>
            <w:tcBorders>
              <w:top w:val="single" w:sz="4" w:color="C9D5D8"/>
              <w:bottom w:val="single" w:sz="4" w:color="C9D5D8"/>
              <w:left w:val="single" w:sz="4" w:color="C9D5D8"/>
              <w:right w:val="single" w:sz="4" w:color="C9D5D8"/>
            </w:tcBorders>
            <w:tcMar>
              <w:top w:w="45" w:type="dxa"/>
              <w:start w:w="40" w:type="dxa"/>
              <w:bottom w:w="45" w:type="dxa"/>
              <w:end w:w="40" w:type="dxa"/>
            </w:tcMar>
            <w:vAlign w:val="top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5"/>
              </w:rPr>
              <w:t xml:space="preserve"> </w:t>
            </w:r>
          </w:p>
        </w:tc>
        <w:tc>
          <w:tcPr>
            <w:tcW w:type="dxa" w:w="1360"/>
            <w:tcBorders>
              <w:top w:val="single" w:sz="4" w:color="C9D5D8"/>
              <w:bottom w:val="single" w:sz="4" w:color="C9D5D8"/>
              <w:left w:val="single" w:sz="4" w:color="C9D5D8"/>
              <w:right w:val="single" w:sz="4" w:color="C9D5D8"/>
            </w:tcBorders>
            <w:tcMar>
              <w:top w:w="45" w:type="dxa"/>
              <w:start w:w="40" w:type="dxa"/>
              <w:bottom w:w="45" w:type="dxa"/>
              <w:end w:w="40" w:type="dxa"/>
            </w:tcMar>
            <w:vAlign w:val="top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61767D"/>
                <w:sz w:val="14"/>
              </w:rPr>
              <w:t>Open</w:t>
            </w:r>
          </w:p>
        </w:tc>
      </w:tr>
    </w:tbl>
    <w:p>
      <w:pPr>
        <w:spacing w:before="100" w:after="20"/>
      </w:pPr>
      <w:r>
        <w:rPr>
          <w:rFonts w:ascii="Arial" w:hAnsi="Arial"/>
          <w:b/>
          <w:color w:val="223840"/>
          <w:sz w:val="15"/>
        </w:rPr>
        <w:t>CONTINUATION / NEXT STEPS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658"/>
      </w:tblGrid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  <w:tr>
        <w:trPr>
          <w:trHeight w:val="368" w:hRule="exact"/>
        </w:trPr>
        <w:tc>
          <w:tcPr>
            <w:tcW w:type="dxa" w:w="10659"/>
            <w:tcMar>
              <w:top w:w="0" w:type="dxa"/>
              <w:start w:w="35" w:type="dxa"/>
              <w:bottom w:w="8" w:type="dxa"/>
              <w:end w:w="35" w:type="dxa"/>
            </w:tcMar>
            <w:tcBorders>
              <w:bottom w:val="single" w:sz="3" w:color="C9D5D8"/>
            </w:tcBorders>
            <w:vAlign w:val="bottom"/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17242B"/>
                <w:sz w:val="18"/>
              </w:rPr>
              <w:t xml:space="preserve"> 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567" w:right="624" w:bottom="680" w:left="624" w:header="227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Arial" w:hAnsi="Arial"/>
        <w:b w:val="0"/>
        <w:color w:val="61767D"/>
        <w:sz w:val="12"/>
      </w:rPr>
      <w:t xml:space="preserve">MEP Visit by WalkRound · Free project resource   |   Page </w:t>
    </w:r>
    <w:fldSimple w:instr="PAGE"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/>
    </w:pPr>
    <w:rPr>
      <w:rFonts w:ascii="Arial" w:hAnsi="Arial"/>
      <w:sz w:val="1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MEP Project Notes Template</dc:title>
  <dc:subject>Free editable MEP project notes template for site visits, meetings, workshops and surveys</dc:subject>
  <dc:creator>WalkRound</dc:creator>
  <cp:keywords>MEP, site visit, meeting, workshop, project notes, actions, engineering, template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